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97558B" w14:textId="289C5F68" w:rsidR="00413300" w:rsidRDefault="00A56B5E" w:rsidP="00A56B5E">
      <w:pPr>
        <w:spacing w:after="80" w:line="240" w:lineRule="auto"/>
        <w:jc w:val="center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noProof/>
          <w:sz w:val="32"/>
          <w:szCs w:val="32"/>
          <w:lang w:bidi="th-TH"/>
        </w:rPr>
        <w:drawing>
          <wp:inline distT="0" distB="0" distL="0" distR="0" wp14:anchorId="11B4582F" wp14:editId="1204E6C9">
            <wp:extent cx="1057956" cy="1393162"/>
            <wp:effectExtent l="0" t="0" r="8890" b="0"/>
            <wp:docPr id="41265904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606" cy="1399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B95F74" w14:textId="77777777" w:rsidR="00413300" w:rsidRPr="003E4D7F" w:rsidRDefault="00000000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proofErr w:type="spellStart"/>
      <w:r w:rsidRPr="003E4D7F">
        <w:rPr>
          <w:rFonts w:ascii="TH SarabunPSK" w:hAnsi="TH SarabunPSK" w:cs="TH SarabunPSK" w:hint="cs"/>
          <w:b/>
          <w:bCs/>
          <w:sz w:val="32"/>
          <w:szCs w:val="32"/>
        </w:rPr>
        <w:t>แบบฟอร์ม</w:t>
      </w:r>
      <w:proofErr w:type="spellEnd"/>
      <w:r w:rsidRPr="003E4D7F">
        <w:rPr>
          <w:rFonts w:ascii="Arial" w:hAnsi="Arial" w:cs="Arial"/>
          <w:b/>
          <w:bCs/>
          <w:sz w:val="32"/>
          <w:szCs w:val="32"/>
        </w:rPr>
        <w:t>​</w:t>
      </w:r>
      <w:proofErr w:type="spellStart"/>
      <w:r w:rsidRPr="003E4D7F">
        <w:rPr>
          <w:rFonts w:ascii="TH SarabunPSK" w:hAnsi="TH SarabunPSK" w:cs="TH SarabunPSK"/>
          <w:b/>
          <w:bCs/>
          <w:sz w:val="32"/>
          <w:szCs w:val="32"/>
        </w:rPr>
        <w:t>ส่ง</w:t>
      </w:r>
      <w:proofErr w:type="spellEnd"/>
      <w:r w:rsidRPr="003E4D7F">
        <w:rPr>
          <w:rFonts w:ascii="Arial" w:hAnsi="Arial" w:cs="Arial"/>
          <w:b/>
          <w:bCs/>
          <w:sz w:val="32"/>
          <w:szCs w:val="32"/>
        </w:rPr>
        <w:t>​</w:t>
      </w:r>
      <w:proofErr w:type="spellStart"/>
      <w:r w:rsidRPr="003E4D7F">
        <w:rPr>
          <w:rFonts w:ascii="TH SarabunPSK" w:hAnsi="TH SarabunPSK" w:cs="TH SarabunPSK"/>
          <w:b/>
          <w:bCs/>
          <w:sz w:val="32"/>
          <w:szCs w:val="32"/>
        </w:rPr>
        <w:t>ผลงาน</w:t>
      </w:r>
      <w:proofErr w:type="spellEnd"/>
      <w:r w:rsidRPr="003E4D7F">
        <w:rPr>
          <w:rFonts w:ascii="Arial" w:hAnsi="Arial" w:cs="Arial"/>
          <w:b/>
          <w:bCs/>
          <w:sz w:val="32"/>
          <w:szCs w:val="32"/>
        </w:rPr>
        <w:t>​</w:t>
      </w:r>
      <w:proofErr w:type="spellStart"/>
      <w:r w:rsidRPr="003E4D7F">
        <w:rPr>
          <w:rFonts w:ascii="TH SarabunPSK" w:hAnsi="TH SarabunPSK" w:cs="TH SarabunPSK"/>
          <w:b/>
          <w:bCs/>
          <w:sz w:val="32"/>
          <w:szCs w:val="32"/>
        </w:rPr>
        <w:t>เข้า</w:t>
      </w:r>
      <w:proofErr w:type="spellEnd"/>
      <w:r w:rsidRPr="003E4D7F">
        <w:rPr>
          <w:rFonts w:ascii="Arial" w:hAnsi="Arial" w:cs="Arial"/>
          <w:b/>
          <w:bCs/>
          <w:sz w:val="32"/>
          <w:szCs w:val="32"/>
        </w:rPr>
        <w:t>​</w:t>
      </w:r>
      <w:proofErr w:type="spellStart"/>
      <w:r w:rsidRPr="003E4D7F">
        <w:rPr>
          <w:rFonts w:ascii="TH SarabunPSK" w:hAnsi="TH SarabunPSK" w:cs="TH SarabunPSK"/>
          <w:b/>
          <w:bCs/>
          <w:sz w:val="32"/>
          <w:szCs w:val="32"/>
        </w:rPr>
        <w:t>ประกวด</w:t>
      </w:r>
      <w:proofErr w:type="spellEnd"/>
      <w:r w:rsidRPr="003E4D7F">
        <w:rPr>
          <w:rFonts w:ascii="Arial" w:hAnsi="Arial" w:cs="Arial"/>
          <w:b/>
          <w:bCs/>
          <w:sz w:val="32"/>
          <w:szCs w:val="32"/>
        </w:rPr>
        <w:t>​</w:t>
      </w:r>
      <w:proofErr w:type="spellStart"/>
      <w:r w:rsidRPr="003E4D7F">
        <w:rPr>
          <w:rFonts w:ascii="TH SarabunPSK" w:hAnsi="TH SarabunPSK" w:cs="TH SarabunPSK"/>
          <w:b/>
          <w:bCs/>
          <w:sz w:val="32"/>
          <w:szCs w:val="32"/>
        </w:rPr>
        <w:t>นวัตกรรม</w:t>
      </w:r>
      <w:proofErr w:type="spellEnd"/>
      <w:r w:rsidRPr="003E4D7F">
        <w:rPr>
          <w:rFonts w:ascii="Arial" w:hAnsi="Arial" w:cs="Arial"/>
          <w:b/>
          <w:bCs/>
          <w:sz w:val="32"/>
          <w:szCs w:val="32"/>
        </w:rPr>
        <w:t>​</w:t>
      </w:r>
      <w:proofErr w:type="spellStart"/>
      <w:r w:rsidRPr="003E4D7F">
        <w:rPr>
          <w:rFonts w:ascii="TH SarabunPSK" w:hAnsi="TH SarabunPSK" w:cs="TH SarabunPSK"/>
          <w:b/>
          <w:bCs/>
          <w:sz w:val="32"/>
          <w:szCs w:val="32"/>
        </w:rPr>
        <w:t>การพัฒนา</w:t>
      </w:r>
      <w:proofErr w:type="spellEnd"/>
      <w:r w:rsidRPr="003E4D7F">
        <w:rPr>
          <w:rFonts w:ascii="Arial" w:hAnsi="Arial" w:cs="Arial"/>
          <w:b/>
          <w:bCs/>
          <w:sz w:val="32"/>
          <w:szCs w:val="32"/>
        </w:rPr>
        <w:t>​</w:t>
      </w:r>
      <w:proofErr w:type="spellStart"/>
      <w:r w:rsidRPr="003E4D7F">
        <w:rPr>
          <w:rFonts w:ascii="TH SarabunPSK" w:hAnsi="TH SarabunPSK" w:cs="TH SarabunPSK"/>
          <w:b/>
          <w:bCs/>
          <w:sz w:val="32"/>
          <w:szCs w:val="32"/>
        </w:rPr>
        <w:t>ท้องถิ่น</w:t>
      </w:r>
      <w:proofErr w:type="spellEnd"/>
    </w:p>
    <w:p w14:paraId="078FDA8F" w14:textId="77777777" w:rsidR="00413300" w:rsidRPr="003E4D7F" w:rsidRDefault="00000000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3E4D7F">
        <w:rPr>
          <w:rFonts w:ascii="TH SarabunPSK" w:hAnsi="TH SarabunPSK" w:cs="TH SarabunPSK" w:hint="cs"/>
          <w:b/>
          <w:bCs/>
          <w:sz w:val="32"/>
          <w:szCs w:val="32"/>
        </w:rPr>
        <w:t>"NRRU Innovation Awards"</w:t>
      </w:r>
    </w:p>
    <w:p w14:paraId="34C04544" w14:textId="77777777" w:rsidR="00413300" w:rsidRPr="003E4D7F" w:rsidRDefault="00000000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3E4D7F">
        <w:rPr>
          <w:rFonts w:ascii="TH SarabunPSK" w:hAnsi="TH SarabunPSK" w:cs="TH SarabunPSK" w:hint="cs"/>
          <w:b/>
          <w:bCs/>
          <w:sz w:val="32"/>
          <w:szCs w:val="32"/>
        </w:rPr>
        <w:t>ภายใต้</w:t>
      </w:r>
      <w:r w:rsidRPr="003E4D7F">
        <w:rPr>
          <w:rFonts w:ascii="Arial" w:hAnsi="Arial" w:cs="Arial"/>
          <w:b/>
          <w:bCs/>
          <w:sz w:val="32"/>
          <w:szCs w:val="32"/>
        </w:rPr>
        <w:t>​</w:t>
      </w:r>
      <w:r w:rsidRPr="003E4D7F">
        <w:rPr>
          <w:rFonts w:ascii="TH SarabunPSK" w:hAnsi="TH SarabunPSK" w:cs="TH SarabunPSK"/>
          <w:b/>
          <w:bCs/>
          <w:sz w:val="32"/>
          <w:szCs w:val="32"/>
        </w:rPr>
        <w:t>งาน</w:t>
      </w:r>
      <w:r w:rsidRPr="003E4D7F">
        <w:rPr>
          <w:rFonts w:ascii="TH SarabunPSK" w:hAnsi="TH SarabunPSK" w:cs="TH SarabunPSK" w:hint="cs"/>
          <w:b/>
          <w:bCs/>
          <w:sz w:val="32"/>
          <w:szCs w:val="32"/>
        </w:rPr>
        <w:t xml:space="preserve"> NRRU LOCAL NEXT </w:t>
      </w:r>
      <w:proofErr w:type="gramStart"/>
      <w:r w:rsidRPr="003E4D7F">
        <w:rPr>
          <w:rFonts w:ascii="TH SarabunPSK" w:hAnsi="TH SarabunPSK" w:cs="TH SarabunPSK" w:hint="cs"/>
          <w:b/>
          <w:bCs/>
          <w:sz w:val="32"/>
          <w:szCs w:val="32"/>
        </w:rPr>
        <w:t>2026 :</w:t>
      </w:r>
      <w:proofErr w:type="gramEnd"/>
      <w:r w:rsidRPr="003E4D7F">
        <w:rPr>
          <w:rFonts w:ascii="TH SarabunPSK" w:hAnsi="TH SarabunPSK" w:cs="TH SarabunPSK" w:hint="cs"/>
          <w:b/>
          <w:bCs/>
          <w:sz w:val="32"/>
          <w:szCs w:val="32"/>
        </w:rPr>
        <w:t xml:space="preserve"> The Next Chapter of Local Development</w:t>
      </w:r>
    </w:p>
    <w:p w14:paraId="4F2E06B6" w14:textId="29183904" w:rsidR="00413300" w:rsidRPr="003E4D7F" w:rsidRDefault="00000000">
      <w:pPr>
        <w:spacing w:after="40" w:line="240" w:lineRule="auto"/>
        <w:jc w:val="center"/>
        <w:rPr>
          <w:rFonts w:ascii="TH SarabunPSK" w:hAnsi="TH SarabunPSK" w:cs="TH SarabunPSK" w:hint="cs"/>
          <w:sz w:val="32"/>
          <w:szCs w:val="32"/>
          <w:cs/>
          <w:lang w:bidi="th-TH"/>
        </w:rPr>
      </w:pPr>
      <w:proofErr w:type="spellStart"/>
      <w:r w:rsidRPr="003E4D7F">
        <w:rPr>
          <w:rFonts w:ascii="TH SarabunPSK" w:hAnsi="TH SarabunPSK" w:cs="TH SarabunPSK"/>
          <w:b/>
          <w:bCs/>
          <w:sz w:val="32"/>
          <w:szCs w:val="32"/>
        </w:rPr>
        <w:t>ประจำปี</w:t>
      </w:r>
      <w:proofErr w:type="spellEnd"/>
      <w:r w:rsidRPr="003E4D7F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proofErr w:type="spellStart"/>
      <w:r w:rsidRPr="003E4D7F">
        <w:rPr>
          <w:rFonts w:ascii="TH SarabunPSK" w:hAnsi="TH SarabunPSK" w:cs="TH SarabunPSK"/>
          <w:b/>
          <w:bCs/>
          <w:sz w:val="32"/>
          <w:szCs w:val="32"/>
        </w:rPr>
        <w:t>พ</w:t>
      </w:r>
      <w:r w:rsidRPr="003E4D7F">
        <w:rPr>
          <w:rFonts w:ascii="TH SarabunPSK" w:hAnsi="TH SarabunPSK" w:cs="TH SarabunPSK" w:hint="cs"/>
          <w:b/>
          <w:bCs/>
          <w:sz w:val="32"/>
          <w:szCs w:val="32"/>
        </w:rPr>
        <w:t>.</w:t>
      </w:r>
      <w:r w:rsidRPr="003E4D7F">
        <w:rPr>
          <w:rFonts w:ascii="TH SarabunPSK" w:hAnsi="TH SarabunPSK" w:cs="TH SarabunPSK"/>
          <w:b/>
          <w:bCs/>
          <w:sz w:val="32"/>
          <w:szCs w:val="32"/>
        </w:rPr>
        <w:t>ศ</w:t>
      </w:r>
      <w:proofErr w:type="spellEnd"/>
      <w:r w:rsidRPr="003E4D7F">
        <w:rPr>
          <w:rFonts w:ascii="TH SarabunPSK" w:hAnsi="TH SarabunPSK" w:cs="TH SarabunPSK" w:hint="cs"/>
          <w:b/>
          <w:bCs/>
          <w:sz w:val="32"/>
          <w:szCs w:val="32"/>
        </w:rPr>
        <w:t xml:space="preserve">. </w:t>
      </w:r>
      <w:r w:rsidR="00A56B5E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๒๕๖๙</w:t>
      </w:r>
    </w:p>
    <w:p w14:paraId="33C4591F" w14:textId="77777777" w:rsidR="00413300" w:rsidRDefault="00000000">
      <w:pPr>
        <w:spacing w:after="80" w:line="240" w:lineRule="auto"/>
        <w:jc w:val="center"/>
        <w:rPr>
          <w:rFonts w:ascii="TH SarabunPSK" w:hAnsi="TH SarabunPSK" w:cs="TH SarabunPSK"/>
          <w:sz w:val="32"/>
          <w:szCs w:val="32"/>
          <w:lang w:bidi="th-TH"/>
        </w:rPr>
      </w:pPr>
      <w:r w:rsidRPr="003E4D7F">
        <w:rPr>
          <w:rFonts w:ascii="TH SarabunPSK" w:hAnsi="TH SarabunPSK" w:cs="TH SarabunPSK" w:hint="cs"/>
          <w:sz w:val="32"/>
          <w:szCs w:val="32"/>
        </w:rPr>
        <w:t>--------------------------------------------------</w:t>
      </w:r>
    </w:p>
    <w:p w14:paraId="40DCEE92" w14:textId="77777777" w:rsidR="00BE0F7E" w:rsidRPr="00BE0F7E" w:rsidRDefault="00BE0F7E">
      <w:pPr>
        <w:spacing w:before="40" w:after="40" w:line="240" w:lineRule="auto"/>
        <w:rPr>
          <w:rFonts w:ascii="TH SarabunPSK" w:hAnsi="TH SarabunPSK" w:cs="TH SarabunPSK"/>
          <w:sz w:val="12"/>
          <w:szCs w:val="12"/>
          <w:lang w:bidi="th-TH"/>
        </w:rPr>
      </w:pPr>
    </w:p>
    <w:p w14:paraId="0E9BCE69" w14:textId="51158004" w:rsidR="00413300" w:rsidRDefault="00000000">
      <w:pPr>
        <w:spacing w:before="40" w:after="40" w:line="240" w:lineRule="auto"/>
        <w:rPr>
          <w:rFonts w:ascii="TH SarabunPSK" w:hAnsi="TH SarabunPSK" w:cs="TH SarabunPSK"/>
          <w:sz w:val="32"/>
          <w:szCs w:val="32"/>
        </w:rPr>
      </w:pPr>
      <w:proofErr w:type="spellStart"/>
      <w:r w:rsidRPr="003E4D7F">
        <w:rPr>
          <w:rFonts w:ascii="TH SarabunPSK" w:hAnsi="TH SarabunPSK" w:cs="TH SarabunPSK" w:hint="cs"/>
          <w:b/>
          <w:bCs/>
          <w:sz w:val="32"/>
          <w:szCs w:val="32"/>
        </w:rPr>
        <w:t>ส่วน</w:t>
      </w:r>
      <w:proofErr w:type="spellEnd"/>
      <w:r w:rsidRPr="003E4D7F">
        <w:rPr>
          <w:rFonts w:ascii="Arial" w:hAnsi="Arial" w:cs="Arial"/>
          <w:b/>
          <w:bCs/>
          <w:sz w:val="32"/>
          <w:szCs w:val="32"/>
        </w:rPr>
        <w:t>​</w:t>
      </w:r>
      <w:proofErr w:type="spellStart"/>
      <w:r w:rsidRPr="003E4D7F">
        <w:rPr>
          <w:rFonts w:ascii="TH SarabunPSK" w:hAnsi="TH SarabunPSK" w:cs="TH SarabunPSK"/>
          <w:b/>
          <w:bCs/>
          <w:sz w:val="32"/>
          <w:szCs w:val="32"/>
        </w:rPr>
        <w:t>ที่</w:t>
      </w:r>
      <w:proofErr w:type="spellEnd"/>
      <w:r w:rsidRPr="003E4D7F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proofErr w:type="gramStart"/>
      <w:r w:rsidRPr="003E4D7F">
        <w:rPr>
          <w:rFonts w:ascii="TH SarabunPSK" w:hAnsi="TH SarabunPSK" w:cs="TH SarabunPSK"/>
          <w:b/>
          <w:bCs/>
          <w:sz w:val="32"/>
          <w:szCs w:val="32"/>
        </w:rPr>
        <w:t>๑</w:t>
      </w:r>
      <w:r w:rsidRPr="003E4D7F">
        <w:rPr>
          <w:rFonts w:ascii="TH SarabunPSK" w:hAnsi="TH SarabunPSK" w:cs="TH SarabunPSK" w:hint="cs"/>
          <w:b/>
          <w:bCs/>
          <w:sz w:val="32"/>
          <w:szCs w:val="32"/>
        </w:rPr>
        <w:t xml:space="preserve">  </w:t>
      </w:r>
      <w:proofErr w:type="spellStart"/>
      <w:r w:rsidRPr="003E4D7F">
        <w:rPr>
          <w:rFonts w:ascii="TH SarabunPSK" w:hAnsi="TH SarabunPSK" w:cs="TH SarabunPSK"/>
          <w:b/>
          <w:bCs/>
          <w:sz w:val="32"/>
          <w:szCs w:val="32"/>
        </w:rPr>
        <w:t>ข้อมูลทั่วไป</w:t>
      </w:r>
      <w:proofErr w:type="spellEnd"/>
      <w:r w:rsidRPr="003E4D7F">
        <w:rPr>
          <w:rFonts w:ascii="Arial" w:hAnsi="Arial" w:cs="Arial"/>
          <w:b/>
          <w:bCs/>
          <w:sz w:val="32"/>
          <w:szCs w:val="32"/>
        </w:rPr>
        <w:t>​</w:t>
      </w:r>
      <w:proofErr w:type="spellStart"/>
      <w:r w:rsidRPr="003E4D7F">
        <w:rPr>
          <w:rFonts w:ascii="TH SarabunPSK" w:hAnsi="TH SarabunPSK" w:cs="TH SarabunPSK"/>
          <w:b/>
          <w:bCs/>
          <w:sz w:val="32"/>
          <w:szCs w:val="32"/>
        </w:rPr>
        <w:t>ของ</w:t>
      </w:r>
      <w:proofErr w:type="spellEnd"/>
      <w:r w:rsidRPr="003E4D7F">
        <w:rPr>
          <w:rFonts w:ascii="Arial" w:hAnsi="Arial" w:cs="Arial"/>
          <w:b/>
          <w:bCs/>
          <w:sz w:val="32"/>
          <w:szCs w:val="32"/>
        </w:rPr>
        <w:t>​</w:t>
      </w:r>
      <w:proofErr w:type="spellStart"/>
      <w:r w:rsidRPr="003E4D7F">
        <w:rPr>
          <w:rFonts w:ascii="TH SarabunPSK" w:hAnsi="TH SarabunPSK" w:cs="TH SarabunPSK"/>
          <w:b/>
          <w:bCs/>
          <w:sz w:val="32"/>
          <w:szCs w:val="32"/>
        </w:rPr>
        <w:t>ผลงาน</w:t>
      </w:r>
      <w:proofErr w:type="spellEnd"/>
      <w:proofErr w:type="gramEnd"/>
    </w:p>
    <w:p w14:paraId="2F6FCB4E" w14:textId="63BFE911" w:rsidR="00B734B1" w:rsidRPr="003E4D7F" w:rsidRDefault="00B734B1">
      <w:pPr>
        <w:spacing w:before="40" w:after="40" w:line="240" w:lineRule="auto"/>
        <w:rPr>
          <w:rFonts w:ascii="TH SarabunPSK" w:hAnsi="TH SarabunPSK" w:cs="TH SarabunPSK"/>
          <w:sz w:val="32"/>
          <w:szCs w:val="32"/>
          <w:cs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>ชื่อมหาวิทยาลัยที่ส่งผลงาน.............................................................................</w:t>
      </w:r>
    </w:p>
    <w:p w14:paraId="0A4A44F3" w14:textId="77777777" w:rsidR="00413300" w:rsidRPr="003E4D7F" w:rsidRDefault="00000000">
      <w:pPr>
        <w:spacing w:after="0" w:line="240" w:lineRule="auto"/>
        <w:ind w:left="283"/>
        <w:rPr>
          <w:rFonts w:ascii="TH SarabunPSK" w:hAnsi="TH SarabunPSK" w:cs="TH SarabunPSK"/>
          <w:sz w:val="32"/>
          <w:szCs w:val="32"/>
        </w:rPr>
      </w:pPr>
      <w:r w:rsidRPr="003E4D7F">
        <w:rPr>
          <w:rFonts w:ascii="TH SarabunPSK" w:hAnsi="TH SarabunPSK" w:cs="TH SarabunPSK" w:hint="cs"/>
          <w:sz w:val="32"/>
          <w:szCs w:val="32"/>
        </w:rPr>
        <w:t xml:space="preserve">๑.๑ </w:t>
      </w:r>
      <w:proofErr w:type="spellStart"/>
      <w:proofErr w:type="gramStart"/>
      <w:r w:rsidRPr="003E4D7F">
        <w:rPr>
          <w:rFonts w:ascii="TH SarabunPSK" w:hAnsi="TH SarabunPSK" w:cs="TH SarabunPSK" w:hint="cs"/>
          <w:sz w:val="32"/>
          <w:szCs w:val="32"/>
        </w:rPr>
        <w:t>ชื่อ</w:t>
      </w:r>
      <w:proofErr w:type="spellEnd"/>
      <w:r w:rsidRPr="003E4D7F">
        <w:rPr>
          <w:rFonts w:ascii="Arial" w:hAnsi="Arial" w:cs="Arial"/>
          <w:sz w:val="32"/>
          <w:szCs w:val="32"/>
        </w:rPr>
        <w:t>​</w:t>
      </w:r>
      <w:proofErr w:type="spellStart"/>
      <w:r w:rsidRPr="003E4D7F">
        <w:rPr>
          <w:rFonts w:ascii="TH SarabunPSK" w:hAnsi="TH SarabunPSK" w:cs="TH SarabunPSK"/>
          <w:sz w:val="32"/>
          <w:szCs w:val="32"/>
        </w:rPr>
        <w:t>ผลงาน</w:t>
      </w:r>
      <w:proofErr w:type="spellEnd"/>
      <w:r w:rsidRPr="003E4D7F">
        <w:rPr>
          <w:rFonts w:ascii="Arial" w:hAnsi="Arial" w:cs="Arial"/>
          <w:sz w:val="32"/>
          <w:szCs w:val="32"/>
        </w:rPr>
        <w:t>​</w:t>
      </w:r>
      <w:proofErr w:type="spellStart"/>
      <w:r w:rsidRPr="003E4D7F">
        <w:rPr>
          <w:rFonts w:ascii="TH SarabunPSK" w:hAnsi="TH SarabunPSK" w:cs="TH SarabunPSK"/>
          <w:sz w:val="32"/>
          <w:szCs w:val="32"/>
        </w:rPr>
        <w:t>นวัตกรรม</w:t>
      </w:r>
      <w:proofErr w:type="spellEnd"/>
      <w:r w:rsidRPr="003E4D7F">
        <w:rPr>
          <w:rFonts w:ascii="TH SarabunPSK" w:hAnsi="TH SarabunPSK" w:cs="TH SarabunPSK" w:hint="cs"/>
          <w:sz w:val="32"/>
          <w:szCs w:val="32"/>
        </w:rPr>
        <w:t xml:space="preserve">  </w:t>
      </w:r>
      <w:r w:rsidRPr="00A76614">
        <w:rPr>
          <w:rFonts w:ascii="TH SarabunPSK" w:hAnsi="TH SarabunPSK" w:cs="TH SarabunPSK" w:hint="cs"/>
          <w:sz w:val="32"/>
          <w:szCs w:val="32"/>
        </w:rPr>
        <w:t>...................................................................................................................</w:t>
      </w:r>
      <w:proofErr w:type="gramEnd"/>
    </w:p>
    <w:p w14:paraId="5E43D799" w14:textId="77777777" w:rsidR="00413300" w:rsidRPr="003E4D7F" w:rsidRDefault="00000000">
      <w:pPr>
        <w:spacing w:after="0" w:line="240" w:lineRule="auto"/>
        <w:ind w:left="283"/>
        <w:rPr>
          <w:rFonts w:ascii="TH SarabunPSK" w:hAnsi="TH SarabunPSK" w:cs="TH SarabunPSK"/>
          <w:sz w:val="32"/>
          <w:szCs w:val="32"/>
        </w:rPr>
      </w:pPr>
      <w:r w:rsidRPr="003E4D7F">
        <w:rPr>
          <w:rFonts w:ascii="TH SarabunPSK" w:hAnsi="TH SarabunPSK" w:cs="TH SarabunPSK" w:hint="cs"/>
          <w:sz w:val="32"/>
          <w:szCs w:val="32"/>
        </w:rPr>
        <w:t>๑.๒ แผนงาน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ที่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ส่ง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เข้า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ประกวด</w:t>
      </w:r>
      <w:r w:rsidRPr="003E4D7F">
        <w:rPr>
          <w:rFonts w:ascii="TH SarabunPSK" w:hAnsi="TH SarabunPSK" w:cs="TH SarabunPSK" w:hint="cs"/>
          <w:sz w:val="32"/>
          <w:szCs w:val="32"/>
        </w:rPr>
        <w:t xml:space="preserve"> (</w:t>
      </w:r>
      <w:r w:rsidRPr="003E4D7F">
        <w:rPr>
          <w:rFonts w:ascii="TH SarabunPSK" w:hAnsi="TH SarabunPSK" w:cs="TH SarabunPSK"/>
          <w:sz w:val="32"/>
          <w:szCs w:val="32"/>
        </w:rPr>
        <w:t>เลือก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ได้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เพียง</w:t>
      </w:r>
      <w:r w:rsidRPr="003E4D7F">
        <w:rPr>
          <w:rFonts w:ascii="TH SarabunPSK" w:hAnsi="TH SarabunPSK" w:cs="TH SarabunPSK" w:hint="cs"/>
          <w:sz w:val="32"/>
          <w:szCs w:val="32"/>
        </w:rPr>
        <w:t xml:space="preserve"> </w:t>
      </w:r>
      <w:r w:rsidRPr="003E4D7F">
        <w:rPr>
          <w:rFonts w:ascii="TH SarabunPSK" w:hAnsi="TH SarabunPSK" w:cs="TH SarabunPSK"/>
          <w:sz w:val="32"/>
          <w:szCs w:val="32"/>
        </w:rPr>
        <w:t>๑</w:t>
      </w:r>
      <w:r w:rsidRPr="003E4D7F">
        <w:rPr>
          <w:rFonts w:ascii="TH SarabunPSK" w:hAnsi="TH SarabunPSK" w:cs="TH SarabunPSK" w:hint="cs"/>
          <w:sz w:val="32"/>
          <w:szCs w:val="32"/>
        </w:rPr>
        <w:t xml:space="preserve"> </w:t>
      </w:r>
      <w:r w:rsidRPr="003E4D7F">
        <w:rPr>
          <w:rFonts w:ascii="TH SarabunPSK" w:hAnsi="TH SarabunPSK" w:cs="TH SarabunPSK"/>
          <w:sz w:val="32"/>
          <w:szCs w:val="32"/>
        </w:rPr>
        <w:t>แผนงาน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ต่อ</w:t>
      </w:r>
      <w:r w:rsidRPr="003E4D7F">
        <w:rPr>
          <w:rFonts w:ascii="TH SarabunPSK" w:hAnsi="TH SarabunPSK" w:cs="TH SarabunPSK" w:hint="cs"/>
          <w:sz w:val="32"/>
          <w:szCs w:val="32"/>
        </w:rPr>
        <w:t xml:space="preserve"> </w:t>
      </w:r>
      <w:r w:rsidRPr="003E4D7F">
        <w:rPr>
          <w:rFonts w:ascii="TH SarabunPSK" w:hAnsi="TH SarabunPSK" w:cs="TH SarabunPSK"/>
          <w:sz w:val="32"/>
          <w:szCs w:val="32"/>
        </w:rPr>
        <w:t>๑</w:t>
      </w:r>
      <w:r w:rsidRPr="003E4D7F">
        <w:rPr>
          <w:rFonts w:ascii="TH SarabunPSK" w:hAnsi="TH SarabunPSK" w:cs="TH SarabunPSK" w:hint="cs"/>
          <w:sz w:val="32"/>
          <w:szCs w:val="32"/>
        </w:rPr>
        <w:t xml:space="preserve"> </w:t>
      </w:r>
      <w:r w:rsidRPr="003E4D7F">
        <w:rPr>
          <w:rFonts w:ascii="TH SarabunPSK" w:hAnsi="TH SarabunPSK" w:cs="TH SarabunPSK"/>
          <w:sz w:val="32"/>
          <w:szCs w:val="32"/>
        </w:rPr>
        <w:t>ผลงาน</w:t>
      </w:r>
      <w:r w:rsidRPr="003E4D7F">
        <w:rPr>
          <w:rFonts w:ascii="TH SarabunPSK" w:hAnsi="TH SarabunPSK" w:cs="TH SarabunPSK" w:hint="cs"/>
          <w:sz w:val="32"/>
          <w:szCs w:val="32"/>
        </w:rPr>
        <w:t>)</w:t>
      </w:r>
    </w:p>
    <w:p w14:paraId="6BB2E0B2" w14:textId="77777777" w:rsidR="00413300" w:rsidRPr="003E4D7F" w:rsidRDefault="00000000">
      <w:pPr>
        <w:spacing w:after="0" w:line="240" w:lineRule="auto"/>
        <w:ind w:left="680"/>
        <w:rPr>
          <w:rFonts w:ascii="TH SarabunPSK" w:hAnsi="TH SarabunPSK" w:cs="TH SarabunPSK"/>
          <w:sz w:val="32"/>
          <w:szCs w:val="32"/>
        </w:rPr>
      </w:pPr>
      <w:proofErr w:type="gramStart"/>
      <w:r w:rsidRPr="003E4D7F">
        <w:rPr>
          <w:rFonts w:ascii="Segoe UI Symbol" w:hAnsi="Segoe UI Symbol" w:cs="Segoe UI Symbol"/>
          <w:sz w:val="32"/>
          <w:szCs w:val="32"/>
        </w:rPr>
        <w:t>☐</w:t>
      </w:r>
      <w:r w:rsidRPr="003E4D7F">
        <w:rPr>
          <w:rFonts w:ascii="TH SarabunPSK" w:hAnsi="TH SarabunPSK" w:cs="TH SarabunPSK" w:hint="cs"/>
          <w:sz w:val="32"/>
          <w:szCs w:val="32"/>
        </w:rPr>
        <w:t xml:space="preserve">  แผนงาน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ที่</w:t>
      </w:r>
      <w:proofErr w:type="gramEnd"/>
      <w:r w:rsidRPr="003E4D7F">
        <w:rPr>
          <w:rFonts w:ascii="TH SarabunPSK" w:hAnsi="TH SarabunPSK" w:cs="TH SarabunPSK" w:hint="cs"/>
          <w:sz w:val="32"/>
          <w:szCs w:val="32"/>
        </w:rPr>
        <w:t xml:space="preserve"> </w:t>
      </w:r>
      <w:r w:rsidRPr="003E4D7F">
        <w:rPr>
          <w:rFonts w:ascii="TH SarabunPSK" w:hAnsi="TH SarabunPSK" w:cs="TH SarabunPSK"/>
          <w:sz w:val="32"/>
          <w:szCs w:val="32"/>
        </w:rPr>
        <w:t>๑</w:t>
      </w:r>
      <w:r w:rsidRPr="003E4D7F">
        <w:rPr>
          <w:rFonts w:ascii="TH SarabunPSK" w:hAnsi="TH SarabunPSK" w:cs="TH SarabunPSK" w:hint="cs"/>
          <w:sz w:val="32"/>
          <w:szCs w:val="32"/>
        </w:rPr>
        <w:t xml:space="preserve"> (P.1) </w:t>
      </w:r>
      <w:r w:rsidRPr="003E4D7F">
        <w:rPr>
          <w:rFonts w:ascii="TH SarabunPSK" w:hAnsi="TH SarabunPSK" w:cs="TH SarabunPSK"/>
          <w:sz w:val="32"/>
          <w:szCs w:val="32"/>
        </w:rPr>
        <w:t>การ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ยกระดับ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เศรษฐกิจ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ฐานราก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บน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หลัก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ปรัชญา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เศรษฐกิจพอเพียง</w:t>
      </w:r>
    </w:p>
    <w:p w14:paraId="4862FDE1" w14:textId="77777777" w:rsidR="00413300" w:rsidRPr="003E4D7F" w:rsidRDefault="00000000">
      <w:pPr>
        <w:spacing w:after="0" w:line="240" w:lineRule="auto"/>
        <w:ind w:left="680"/>
        <w:rPr>
          <w:rFonts w:ascii="TH SarabunPSK" w:hAnsi="TH SarabunPSK" w:cs="TH SarabunPSK"/>
          <w:sz w:val="32"/>
          <w:szCs w:val="32"/>
        </w:rPr>
      </w:pPr>
      <w:proofErr w:type="gramStart"/>
      <w:r w:rsidRPr="003E4D7F">
        <w:rPr>
          <w:rFonts w:ascii="Segoe UI Symbol" w:hAnsi="Segoe UI Symbol" w:cs="Segoe UI Symbol"/>
          <w:sz w:val="32"/>
          <w:szCs w:val="32"/>
        </w:rPr>
        <w:t>☐</w:t>
      </w:r>
      <w:r w:rsidRPr="003E4D7F">
        <w:rPr>
          <w:rFonts w:ascii="TH SarabunPSK" w:hAnsi="TH SarabunPSK" w:cs="TH SarabunPSK" w:hint="cs"/>
          <w:sz w:val="32"/>
          <w:szCs w:val="32"/>
        </w:rPr>
        <w:t xml:space="preserve">  แผนงาน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ที่</w:t>
      </w:r>
      <w:proofErr w:type="gramEnd"/>
      <w:r w:rsidRPr="003E4D7F">
        <w:rPr>
          <w:rFonts w:ascii="TH SarabunPSK" w:hAnsi="TH SarabunPSK" w:cs="TH SarabunPSK" w:hint="cs"/>
          <w:sz w:val="32"/>
          <w:szCs w:val="32"/>
        </w:rPr>
        <w:t xml:space="preserve"> </w:t>
      </w:r>
      <w:r w:rsidRPr="003E4D7F">
        <w:rPr>
          <w:rFonts w:ascii="TH SarabunPSK" w:hAnsi="TH SarabunPSK" w:cs="TH SarabunPSK"/>
          <w:sz w:val="32"/>
          <w:szCs w:val="32"/>
        </w:rPr>
        <w:t>๒</w:t>
      </w:r>
      <w:r w:rsidRPr="003E4D7F">
        <w:rPr>
          <w:rFonts w:ascii="TH SarabunPSK" w:hAnsi="TH SarabunPSK" w:cs="TH SarabunPSK" w:hint="cs"/>
          <w:sz w:val="32"/>
          <w:szCs w:val="32"/>
        </w:rPr>
        <w:t xml:space="preserve"> (P.2) </w:t>
      </w:r>
      <w:r w:rsidRPr="003E4D7F">
        <w:rPr>
          <w:rFonts w:ascii="TH SarabunPSK" w:hAnsi="TH SarabunPSK" w:cs="TH SarabunPSK"/>
          <w:sz w:val="32"/>
          <w:szCs w:val="32"/>
        </w:rPr>
        <w:t>การ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ส่งเสริม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คุณภาพชีวิต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และ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ภูมิปัญญาท้องถิ่น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เพื่อ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ความมั่นคง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และ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ยั่งยืน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เชิง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พื้นที่</w:t>
      </w:r>
    </w:p>
    <w:p w14:paraId="18B28C43" w14:textId="77777777" w:rsidR="00413300" w:rsidRPr="003E4D7F" w:rsidRDefault="00000000">
      <w:pPr>
        <w:spacing w:after="0" w:line="240" w:lineRule="auto"/>
        <w:ind w:left="680"/>
        <w:rPr>
          <w:rFonts w:ascii="TH SarabunPSK" w:hAnsi="TH SarabunPSK" w:cs="TH SarabunPSK"/>
          <w:sz w:val="32"/>
          <w:szCs w:val="32"/>
        </w:rPr>
      </w:pPr>
      <w:proofErr w:type="gramStart"/>
      <w:r w:rsidRPr="003E4D7F">
        <w:rPr>
          <w:rFonts w:ascii="Segoe UI Symbol" w:hAnsi="Segoe UI Symbol" w:cs="Segoe UI Symbol"/>
          <w:sz w:val="32"/>
          <w:szCs w:val="32"/>
        </w:rPr>
        <w:t>☐</w:t>
      </w:r>
      <w:r w:rsidRPr="003E4D7F">
        <w:rPr>
          <w:rFonts w:ascii="TH SarabunPSK" w:hAnsi="TH SarabunPSK" w:cs="TH SarabunPSK" w:hint="cs"/>
          <w:sz w:val="32"/>
          <w:szCs w:val="32"/>
        </w:rPr>
        <w:t xml:space="preserve">  แผนงาน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ที่</w:t>
      </w:r>
      <w:proofErr w:type="gramEnd"/>
      <w:r w:rsidRPr="003E4D7F">
        <w:rPr>
          <w:rFonts w:ascii="TH SarabunPSK" w:hAnsi="TH SarabunPSK" w:cs="TH SarabunPSK" w:hint="cs"/>
          <w:sz w:val="32"/>
          <w:szCs w:val="32"/>
        </w:rPr>
        <w:t xml:space="preserve"> </w:t>
      </w:r>
      <w:r w:rsidRPr="003E4D7F">
        <w:rPr>
          <w:rFonts w:ascii="TH SarabunPSK" w:hAnsi="TH SarabunPSK" w:cs="TH SarabunPSK"/>
          <w:sz w:val="32"/>
          <w:szCs w:val="32"/>
        </w:rPr>
        <w:t>๓</w:t>
      </w:r>
      <w:r w:rsidRPr="003E4D7F">
        <w:rPr>
          <w:rFonts w:ascii="TH SarabunPSK" w:hAnsi="TH SarabunPSK" w:cs="TH SarabunPSK" w:hint="cs"/>
          <w:sz w:val="32"/>
          <w:szCs w:val="32"/>
        </w:rPr>
        <w:t xml:space="preserve"> (P.3) </w:t>
      </w:r>
      <w:r w:rsidRPr="003E4D7F">
        <w:rPr>
          <w:rFonts w:ascii="TH SarabunPSK" w:hAnsi="TH SarabunPSK" w:cs="TH SarabunPSK"/>
          <w:sz w:val="32"/>
          <w:szCs w:val="32"/>
        </w:rPr>
        <w:t>การ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เสริมสร้าง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ชุมชน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รักษ์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โลก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เพื่อ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รับมือ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การเปลี่ยนแปลง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สภาพภูมิอากาศ</w:t>
      </w:r>
    </w:p>
    <w:p w14:paraId="14BBB2EB" w14:textId="77777777" w:rsidR="00413300" w:rsidRPr="003E4D7F" w:rsidRDefault="00000000">
      <w:pPr>
        <w:spacing w:after="0" w:line="240" w:lineRule="auto"/>
        <w:ind w:left="680"/>
        <w:rPr>
          <w:rFonts w:ascii="TH SarabunPSK" w:hAnsi="TH SarabunPSK" w:cs="TH SarabunPSK"/>
          <w:sz w:val="32"/>
          <w:szCs w:val="32"/>
        </w:rPr>
      </w:pPr>
      <w:proofErr w:type="gramStart"/>
      <w:r w:rsidRPr="003E4D7F">
        <w:rPr>
          <w:rFonts w:ascii="Segoe UI Symbol" w:hAnsi="Segoe UI Symbol" w:cs="Segoe UI Symbol"/>
          <w:sz w:val="32"/>
          <w:szCs w:val="32"/>
        </w:rPr>
        <w:t>☐</w:t>
      </w:r>
      <w:r w:rsidRPr="003E4D7F">
        <w:rPr>
          <w:rFonts w:ascii="TH SarabunPSK" w:hAnsi="TH SarabunPSK" w:cs="TH SarabunPSK" w:hint="cs"/>
          <w:sz w:val="32"/>
          <w:szCs w:val="32"/>
        </w:rPr>
        <w:t xml:space="preserve">  แผนงาน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ที่</w:t>
      </w:r>
      <w:proofErr w:type="gramEnd"/>
      <w:r w:rsidRPr="003E4D7F">
        <w:rPr>
          <w:rFonts w:ascii="TH SarabunPSK" w:hAnsi="TH SarabunPSK" w:cs="TH SarabunPSK" w:hint="cs"/>
          <w:sz w:val="32"/>
          <w:szCs w:val="32"/>
        </w:rPr>
        <w:t xml:space="preserve"> </w:t>
      </w:r>
      <w:r w:rsidRPr="003E4D7F">
        <w:rPr>
          <w:rFonts w:ascii="TH SarabunPSK" w:hAnsi="TH SarabunPSK" w:cs="TH SarabunPSK"/>
          <w:sz w:val="32"/>
          <w:szCs w:val="32"/>
        </w:rPr>
        <w:t>๔</w:t>
      </w:r>
      <w:r w:rsidRPr="003E4D7F">
        <w:rPr>
          <w:rFonts w:ascii="TH SarabunPSK" w:hAnsi="TH SarabunPSK" w:cs="TH SarabunPSK" w:hint="cs"/>
          <w:sz w:val="32"/>
          <w:szCs w:val="32"/>
        </w:rPr>
        <w:t xml:space="preserve"> (P.4) </w:t>
      </w:r>
      <w:r w:rsidRPr="003E4D7F">
        <w:rPr>
          <w:rFonts w:ascii="TH SarabunPSK" w:hAnsi="TH SarabunPSK" w:cs="TH SarabunPSK"/>
          <w:sz w:val="32"/>
          <w:szCs w:val="32"/>
        </w:rPr>
        <w:t>การ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ติดอาวุธ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ทาง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ปัญญา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เพื่อ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การพัฒนา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ที่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ยั่งยืน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เชิง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พื้นที่</w:t>
      </w:r>
    </w:p>
    <w:p w14:paraId="7FCBAD45" w14:textId="77777777" w:rsidR="00413300" w:rsidRPr="00A76614" w:rsidRDefault="00000000">
      <w:pPr>
        <w:spacing w:after="0" w:line="240" w:lineRule="auto"/>
        <w:ind w:left="283"/>
        <w:rPr>
          <w:rFonts w:ascii="TH SarabunPSK" w:hAnsi="TH SarabunPSK" w:cs="TH SarabunPSK"/>
          <w:sz w:val="32"/>
          <w:szCs w:val="32"/>
        </w:rPr>
      </w:pPr>
      <w:r w:rsidRPr="003E4D7F">
        <w:rPr>
          <w:rFonts w:ascii="TH SarabunPSK" w:hAnsi="TH SarabunPSK" w:cs="TH SarabunPSK" w:hint="cs"/>
          <w:sz w:val="32"/>
          <w:szCs w:val="32"/>
        </w:rPr>
        <w:t>๑.๓ ชื่อ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หน่วยงาน</w:t>
      </w:r>
      <w:r w:rsidRPr="003E4D7F">
        <w:rPr>
          <w:rFonts w:ascii="TH SarabunPSK" w:hAnsi="TH SarabunPSK" w:cs="TH SarabunPSK" w:hint="cs"/>
          <w:sz w:val="32"/>
          <w:szCs w:val="32"/>
        </w:rPr>
        <w:t xml:space="preserve"> / </w:t>
      </w:r>
      <w:r w:rsidRPr="003E4D7F">
        <w:rPr>
          <w:rFonts w:ascii="TH SarabunPSK" w:hAnsi="TH SarabunPSK" w:cs="TH SarabunPSK"/>
          <w:sz w:val="32"/>
          <w:szCs w:val="32"/>
        </w:rPr>
        <w:t>คณะ</w:t>
      </w:r>
      <w:r w:rsidRPr="003E4D7F">
        <w:rPr>
          <w:rFonts w:ascii="TH SarabunPSK" w:hAnsi="TH SarabunPSK" w:cs="TH SarabunPSK" w:hint="cs"/>
          <w:sz w:val="32"/>
          <w:szCs w:val="32"/>
        </w:rPr>
        <w:t xml:space="preserve"> / </w:t>
      </w:r>
      <w:proofErr w:type="gramStart"/>
      <w:r w:rsidRPr="003E4D7F">
        <w:rPr>
          <w:rFonts w:ascii="TH SarabunPSK" w:hAnsi="TH SarabunPSK" w:cs="TH SarabunPSK"/>
          <w:sz w:val="32"/>
          <w:szCs w:val="32"/>
        </w:rPr>
        <w:t>กลุ่ม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ที่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ส่ง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ผลงาน</w:t>
      </w:r>
      <w:r w:rsidRPr="003E4D7F">
        <w:rPr>
          <w:rFonts w:ascii="TH SarabunPSK" w:hAnsi="TH SarabunPSK" w:cs="TH SarabunPSK" w:hint="cs"/>
          <w:sz w:val="32"/>
          <w:szCs w:val="32"/>
        </w:rPr>
        <w:t xml:space="preserve">  </w:t>
      </w:r>
      <w:r w:rsidRPr="00A76614">
        <w:rPr>
          <w:rFonts w:ascii="TH SarabunPSK" w:hAnsi="TH SarabunPSK" w:cs="TH SarabunPSK" w:hint="cs"/>
          <w:sz w:val="32"/>
          <w:szCs w:val="32"/>
        </w:rPr>
        <w:t>.....................................................................................</w:t>
      </w:r>
      <w:proofErr w:type="gramEnd"/>
    </w:p>
    <w:p w14:paraId="3222789C" w14:textId="05CCE10D" w:rsidR="00413300" w:rsidRPr="00A76614" w:rsidRDefault="00000000">
      <w:pPr>
        <w:spacing w:after="0" w:line="240" w:lineRule="auto"/>
        <w:ind w:left="283"/>
        <w:rPr>
          <w:rFonts w:ascii="TH SarabunPSK" w:hAnsi="TH SarabunPSK" w:cs="TH SarabunPSK"/>
          <w:sz w:val="32"/>
          <w:szCs w:val="32"/>
        </w:rPr>
      </w:pPr>
      <w:r w:rsidRPr="00A76614">
        <w:rPr>
          <w:rFonts w:ascii="TH SarabunPSK" w:hAnsi="TH SarabunPSK" w:cs="TH SarabunPSK" w:hint="cs"/>
          <w:sz w:val="32"/>
          <w:szCs w:val="32"/>
        </w:rPr>
        <w:t xml:space="preserve">      </w:t>
      </w:r>
      <w:proofErr w:type="spellStart"/>
      <w:r w:rsidRPr="00A76614">
        <w:rPr>
          <w:rFonts w:ascii="TH SarabunPSK" w:hAnsi="TH SarabunPSK" w:cs="TH SarabunPSK" w:hint="cs"/>
          <w:sz w:val="32"/>
          <w:szCs w:val="32"/>
        </w:rPr>
        <w:t>ปีงบประมาณ</w:t>
      </w:r>
      <w:proofErr w:type="spellEnd"/>
      <w:r w:rsidRPr="00A76614">
        <w:rPr>
          <w:rFonts w:ascii="Arial" w:hAnsi="Arial" w:cs="Arial"/>
          <w:sz w:val="32"/>
          <w:szCs w:val="32"/>
        </w:rPr>
        <w:t>​</w:t>
      </w:r>
      <w:proofErr w:type="spellStart"/>
      <w:r w:rsidRPr="00A76614">
        <w:rPr>
          <w:rFonts w:ascii="TH SarabunPSK" w:hAnsi="TH SarabunPSK" w:cs="TH SarabunPSK"/>
          <w:sz w:val="32"/>
          <w:szCs w:val="32"/>
        </w:rPr>
        <w:t>ที่</w:t>
      </w:r>
      <w:proofErr w:type="spellEnd"/>
      <w:r w:rsidRPr="00A76614">
        <w:rPr>
          <w:rFonts w:ascii="Arial" w:hAnsi="Arial" w:cs="Arial"/>
          <w:sz w:val="32"/>
          <w:szCs w:val="32"/>
        </w:rPr>
        <w:t>​</w:t>
      </w:r>
      <w:proofErr w:type="spellStart"/>
      <w:r w:rsidRPr="00A76614">
        <w:rPr>
          <w:rFonts w:ascii="TH SarabunPSK" w:hAnsi="TH SarabunPSK" w:cs="TH SarabunPSK"/>
          <w:sz w:val="32"/>
          <w:szCs w:val="32"/>
        </w:rPr>
        <w:t>ดำเนินการ</w:t>
      </w:r>
      <w:proofErr w:type="spellEnd"/>
      <w:r w:rsidRPr="00A76614">
        <w:rPr>
          <w:rFonts w:ascii="TH SarabunPSK" w:hAnsi="TH SarabunPSK" w:cs="TH SarabunPSK" w:hint="cs"/>
          <w:sz w:val="32"/>
          <w:szCs w:val="32"/>
        </w:rPr>
        <w:t xml:space="preserve"> (</w:t>
      </w:r>
      <w:proofErr w:type="spellStart"/>
      <w:r w:rsidRPr="00A76614">
        <w:rPr>
          <w:rFonts w:ascii="TH SarabunPSK" w:hAnsi="TH SarabunPSK" w:cs="TH SarabunPSK"/>
          <w:sz w:val="32"/>
          <w:szCs w:val="32"/>
        </w:rPr>
        <w:t>พ</w:t>
      </w:r>
      <w:r w:rsidRPr="00A76614">
        <w:rPr>
          <w:rFonts w:ascii="TH SarabunPSK" w:hAnsi="TH SarabunPSK" w:cs="TH SarabunPSK" w:hint="cs"/>
          <w:sz w:val="32"/>
          <w:szCs w:val="32"/>
        </w:rPr>
        <w:t>.</w:t>
      </w:r>
      <w:r w:rsidRPr="00A76614">
        <w:rPr>
          <w:rFonts w:ascii="TH SarabunPSK" w:hAnsi="TH SarabunPSK" w:cs="TH SarabunPSK"/>
          <w:sz w:val="32"/>
          <w:szCs w:val="32"/>
        </w:rPr>
        <w:t>ศ</w:t>
      </w:r>
      <w:proofErr w:type="spellEnd"/>
      <w:r w:rsidRPr="00A76614">
        <w:rPr>
          <w:rFonts w:ascii="TH SarabunPSK" w:hAnsi="TH SarabunPSK" w:cs="TH SarabunPSK" w:hint="cs"/>
          <w:sz w:val="32"/>
          <w:szCs w:val="32"/>
        </w:rPr>
        <w:t xml:space="preserve">. </w:t>
      </w:r>
      <w:r w:rsidRPr="00A76614">
        <w:rPr>
          <w:rFonts w:ascii="TH SarabunPSK" w:hAnsi="TH SarabunPSK" w:cs="TH SarabunPSK"/>
          <w:sz w:val="32"/>
          <w:szCs w:val="32"/>
        </w:rPr>
        <w:t>๒๕๖</w:t>
      </w:r>
      <w:r w:rsidR="00A56B5E">
        <w:rPr>
          <w:rFonts w:ascii="TH SarabunPSK" w:hAnsi="TH SarabunPSK" w:cs="TH SarabunPSK" w:hint="cs"/>
          <w:sz w:val="32"/>
          <w:szCs w:val="32"/>
          <w:cs/>
          <w:lang w:bidi="th-TH"/>
        </w:rPr>
        <w:t>๘</w:t>
      </w:r>
      <w:r w:rsidRPr="00A76614">
        <w:rPr>
          <w:rFonts w:ascii="TH SarabunPSK" w:hAnsi="TH SarabunPSK" w:cs="TH SarabunPSK"/>
          <w:sz w:val="32"/>
          <w:szCs w:val="32"/>
        </w:rPr>
        <w:t>–๒๕๖๙</w:t>
      </w:r>
      <w:proofErr w:type="gramStart"/>
      <w:r w:rsidRPr="00A76614">
        <w:rPr>
          <w:rFonts w:ascii="TH SarabunPSK" w:hAnsi="TH SarabunPSK" w:cs="TH SarabunPSK" w:hint="cs"/>
          <w:sz w:val="32"/>
          <w:szCs w:val="32"/>
        </w:rPr>
        <w:t>)  ...............................................................................</w:t>
      </w:r>
      <w:proofErr w:type="gramEnd"/>
    </w:p>
    <w:p w14:paraId="6F79CDF0" w14:textId="77777777" w:rsidR="00413300" w:rsidRPr="003E4D7F" w:rsidRDefault="00000000">
      <w:pPr>
        <w:spacing w:after="0" w:line="240" w:lineRule="auto"/>
        <w:ind w:left="283"/>
        <w:rPr>
          <w:rFonts w:ascii="TH SarabunPSK" w:hAnsi="TH SarabunPSK" w:cs="TH SarabunPSK"/>
          <w:sz w:val="32"/>
          <w:szCs w:val="32"/>
        </w:rPr>
      </w:pPr>
      <w:r w:rsidRPr="00A76614">
        <w:rPr>
          <w:rFonts w:ascii="TH SarabunPSK" w:hAnsi="TH SarabunPSK" w:cs="TH SarabunPSK" w:hint="cs"/>
          <w:sz w:val="32"/>
          <w:szCs w:val="32"/>
        </w:rPr>
        <w:t>๑.๕ พื้นที่</w:t>
      </w:r>
      <w:r w:rsidRPr="00A76614">
        <w:rPr>
          <w:rFonts w:ascii="Arial" w:hAnsi="Arial" w:cs="Arial"/>
          <w:sz w:val="32"/>
          <w:szCs w:val="32"/>
        </w:rPr>
        <w:t>​</w:t>
      </w:r>
      <w:r w:rsidRPr="00A76614">
        <w:rPr>
          <w:rFonts w:ascii="TH SarabunPSK" w:hAnsi="TH SarabunPSK" w:cs="TH SarabunPSK"/>
          <w:sz w:val="32"/>
          <w:szCs w:val="32"/>
        </w:rPr>
        <w:t>ดำเนินการ</w:t>
      </w:r>
      <w:r w:rsidRPr="00A76614">
        <w:rPr>
          <w:rFonts w:ascii="TH SarabunPSK" w:hAnsi="TH SarabunPSK" w:cs="TH SarabunPSK" w:hint="cs"/>
          <w:sz w:val="32"/>
          <w:szCs w:val="32"/>
        </w:rPr>
        <w:t xml:space="preserve"> (</w:t>
      </w:r>
      <w:r w:rsidRPr="00A76614">
        <w:rPr>
          <w:rFonts w:ascii="TH SarabunPSK" w:hAnsi="TH SarabunPSK" w:cs="TH SarabunPSK"/>
          <w:sz w:val="32"/>
          <w:szCs w:val="32"/>
        </w:rPr>
        <w:t>ตำบล</w:t>
      </w:r>
      <w:r w:rsidRPr="00A76614">
        <w:rPr>
          <w:rFonts w:ascii="TH SarabunPSK" w:hAnsi="TH SarabunPSK" w:cs="TH SarabunPSK" w:hint="cs"/>
          <w:sz w:val="32"/>
          <w:szCs w:val="32"/>
        </w:rPr>
        <w:t xml:space="preserve"> / </w:t>
      </w:r>
      <w:r w:rsidRPr="00A76614">
        <w:rPr>
          <w:rFonts w:ascii="TH SarabunPSK" w:hAnsi="TH SarabunPSK" w:cs="TH SarabunPSK"/>
          <w:sz w:val="32"/>
          <w:szCs w:val="32"/>
        </w:rPr>
        <w:t>อำเภอ</w:t>
      </w:r>
      <w:r w:rsidRPr="00A76614">
        <w:rPr>
          <w:rFonts w:ascii="TH SarabunPSK" w:hAnsi="TH SarabunPSK" w:cs="TH SarabunPSK" w:hint="cs"/>
          <w:sz w:val="32"/>
          <w:szCs w:val="32"/>
        </w:rPr>
        <w:t xml:space="preserve"> / </w:t>
      </w:r>
      <w:r w:rsidRPr="00A76614">
        <w:rPr>
          <w:rFonts w:ascii="TH SarabunPSK" w:hAnsi="TH SarabunPSK" w:cs="TH SarabunPSK"/>
          <w:sz w:val="32"/>
          <w:szCs w:val="32"/>
        </w:rPr>
        <w:t>จังหวัด</w:t>
      </w:r>
      <w:proofErr w:type="gramStart"/>
      <w:r w:rsidRPr="00A76614">
        <w:rPr>
          <w:rFonts w:ascii="TH SarabunPSK" w:hAnsi="TH SarabunPSK" w:cs="TH SarabunPSK" w:hint="cs"/>
          <w:sz w:val="32"/>
          <w:szCs w:val="32"/>
        </w:rPr>
        <w:t>)  ...........................................................................</w:t>
      </w:r>
      <w:proofErr w:type="gramEnd"/>
    </w:p>
    <w:p w14:paraId="2EDE6527" w14:textId="77777777" w:rsidR="00413300" w:rsidRPr="003E4D7F" w:rsidRDefault="00000000">
      <w:pPr>
        <w:spacing w:before="120" w:after="60" w:line="240" w:lineRule="auto"/>
        <w:rPr>
          <w:rFonts w:ascii="TH SarabunPSK" w:hAnsi="TH SarabunPSK" w:cs="TH SarabunPSK"/>
          <w:sz w:val="32"/>
          <w:szCs w:val="32"/>
        </w:rPr>
      </w:pPr>
      <w:r w:rsidRPr="003E4D7F">
        <w:rPr>
          <w:rFonts w:ascii="TH SarabunPSK" w:hAnsi="TH SarabunPSK" w:cs="TH SarabunPSK" w:hint="cs"/>
          <w:b/>
          <w:bCs/>
          <w:sz w:val="32"/>
          <w:szCs w:val="32"/>
        </w:rPr>
        <w:t>ส่วน</w:t>
      </w:r>
      <w:r w:rsidRPr="003E4D7F">
        <w:rPr>
          <w:rFonts w:ascii="Arial" w:hAnsi="Arial" w:cs="Arial"/>
          <w:b/>
          <w:bCs/>
          <w:sz w:val="32"/>
          <w:szCs w:val="32"/>
        </w:rPr>
        <w:t>​</w:t>
      </w:r>
      <w:r w:rsidRPr="003E4D7F">
        <w:rPr>
          <w:rFonts w:ascii="TH SarabunPSK" w:hAnsi="TH SarabunPSK" w:cs="TH SarabunPSK"/>
          <w:b/>
          <w:bCs/>
          <w:sz w:val="32"/>
          <w:szCs w:val="32"/>
        </w:rPr>
        <w:t>ที่</w:t>
      </w:r>
      <w:r w:rsidRPr="003E4D7F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proofErr w:type="gramStart"/>
      <w:r w:rsidRPr="003E4D7F">
        <w:rPr>
          <w:rFonts w:ascii="TH SarabunPSK" w:hAnsi="TH SarabunPSK" w:cs="TH SarabunPSK"/>
          <w:b/>
          <w:bCs/>
          <w:sz w:val="32"/>
          <w:szCs w:val="32"/>
        </w:rPr>
        <w:t>๒</w:t>
      </w:r>
      <w:r w:rsidRPr="003E4D7F">
        <w:rPr>
          <w:rFonts w:ascii="TH SarabunPSK" w:hAnsi="TH SarabunPSK" w:cs="TH SarabunPSK" w:hint="cs"/>
          <w:b/>
          <w:bCs/>
          <w:sz w:val="32"/>
          <w:szCs w:val="32"/>
        </w:rPr>
        <w:t xml:space="preserve">  </w:t>
      </w:r>
      <w:r w:rsidRPr="003E4D7F">
        <w:rPr>
          <w:rFonts w:ascii="TH SarabunPSK" w:hAnsi="TH SarabunPSK" w:cs="TH SarabunPSK"/>
          <w:b/>
          <w:bCs/>
          <w:sz w:val="32"/>
          <w:szCs w:val="32"/>
        </w:rPr>
        <w:t>ข้อมูล</w:t>
      </w:r>
      <w:r w:rsidRPr="003E4D7F">
        <w:rPr>
          <w:rFonts w:ascii="Arial" w:hAnsi="Arial" w:cs="Arial"/>
          <w:b/>
          <w:bCs/>
          <w:sz w:val="32"/>
          <w:szCs w:val="32"/>
        </w:rPr>
        <w:t>​</w:t>
      </w:r>
      <w:r w:rsidRPr="003E4D7F">
        <w:rPr>
          <w:rFonts w:ascii="TH SarabunPSK" w:hAnsi="TH SarabunPSK" w:cs="TH SarabunPSK"/>
          <w:b/>
          <w:bCs/>
          <w:sz w:val="32"/>
          <w:szCs w:val="32"/>
        </w:rPr>
        <w:t>ผู้ส่ง</w:t>
      </w:r>
      <w:r w:rsidRPr="003E4D7F">
        <w:rPr>
          <w:rFonts w:ascii="Arial" w:hAnsi="Arial" w:cs="Arial"/>
          <w:b/>
          <w:bCs/>
          <w:sz w:val="32"/>
          <w:szCs w:val="32"/>
        </w:rPr>
        <w:t>​</w:t>
      </w:r>
      <w:r w:rsidRPr="003E4D7F">
        <w:rPr>
          <w:rFonts w:ascii="TH SarabunPSK" w:hAnsi="TH SarabunPSK" w:cs="TH SarabunPSK"/>
          <w:b/>
          <w:bCs/>
          <w:sz w:val="32"/>
          <w:szCs w:val="32"/>
        </w:rPr>
        <w:t>ผลงาน</w:t>
      </w:r>
      <w:proofErr w:type="gramEnd"/>
      <w:r w:rsidRPr="003E4D7F">
        <w:rPr>
          <w:rFonts w:ascii="TH SarabunPSK" w:hAnsi="TH SarabunPSK" w:cs="TH SarabunPSK" w:hint="cs"/>
          <w:b/>
          <w:bCs/>
          <w:sz w:val="32"/>
          <w:szCs w:val="32"/>
        </w:rPr>
        <w:t xml:space="preserve"> / </w:t>
      </w:r>
      <w:r w:rsidRPr="003E4D7F">
        <w:rPr>
          <w:rFonts w:ascii="TH SarabunPSK" w:hAnsi="TH SarabunPSK" w:cs="TH SarabunPSK"/>
          <w:b/>
          <w:bCs/>
          <w:sz w:val="32"/>
          <w:szCs w:val="32"/>
        </w:rPr>
        <w:t>คณะทำงาน</w:t>
      </w:r>
    </w:p>
    <w:tbl>
      <w:tblPr>
        <w:tblStyle w:val="aff2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37"/>
        <w:gridCol w:w="2835"/>
        <w:gridCol w:w="1871"/>
        <w:gridCol w:w="1871"/>
        <w:gridCol w:w="2438"/>
      </w:tblGrid>
      <w:tr w:rsidR="00413300" w:rsidRPr="003E4D7F" w14:paraId="390EEDC0" w14:textId="77777777">
        <w:trPr>
          <w:jc w:val="center"/>
        </w:trPr>
        <w:tc>
          <w:tcPr>
            <w:tcW w:w="737" w:type="dxa"/>
            <w:shd w:val="clear" w:color="auto" w:fill="D9E2F3"/>
            <w:vAlign w:val="center"/>
          </w:tcPr>
          <w:p w14:paraId="24DB517A" w14:textId="77777777" w:rsidR="00413300" w:rsidRPr="003E4D7F" w:rsidRDefault="000000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E4D7F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ลำดับ</w:t>
            </w:r>
          </w:p>
        </w:tc>
        <w:tc>
          <w:tcPr>
            <w:tcW w:w="2835" w:type="dxa"/>
            <w:shd w:val="clear" w:color="auto" w:fill="D9E2F3"/>
            <w:vAlign w:val="center"/>
          </w:tcPr>
          <w:p w14:paraId="0CD173AA" w14:textId="77777777" w:rsidR="00413300" w:rsidRPr="003E4D7F" w:rsidRDefault="000000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E4D7F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ชื่อ – สกุล</w:t>
            </w:r>
          </w:p>
        </w:tc>
        <w:tc>
          <w:tcPr>
            <w:tcW w:w="1871" w:type="dxa"/>
            <w:shd w:val="clear" w:color="auto" w:fill="D9E2F3"/>
            <w:vAlign w:val="center"/>
          </w:tcPr>
          <w:p w14:paraId="5A4EF907" w14:textId="77777777" w:rsidR="00413300" w:rsidRPr="003E4D7F" w:rsidRDefault="000000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E4D7F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ตำแหน่ง</w:t>
            </w:r>
          </w:p>
        </w:tc>
        <w:tc>
          <w:tcPr>
            <w:tcW w:w="1871" w:type="dxa"/>
            <w:shd w:val="clear" w:color="auto" w:fill="D9E2F3"/>
            <w:vAlign w:val="center"/>
          </w:tcPr>
          <w:p w14:paraId="22B46B32" w14:textId="77777777" w:rsidR="00413300" w:rsidRPr="003E4D7F" w:rsidRDefault="000000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E4D7F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หน้าที่</w:t>
            </w:r>
            <w:r w:rsidRPr="003E4D7F">
              <w:rPr>
                <w:rFonts w:ascii="Arial" w:hAnsi="Arial" w:cs="Arial"/>
                <w:b/>
                <w:bCs/>
                <w:sz w:val="32"/>
                <w:szCs w:val="32"/>
              </w:rPr>
              <w:t>​</w:t>
            </w:r>
            <w:r w:rsidRPr="003E4D7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ใน</w:t>
            </w:r>
            <w:r w:rsidRPr="003E4D7F">
              <w:rPr>
                <w:rFonts w:ascii="Arial" w:hAnsi="Arial" w:cs="Arial"/>
                <w:b/>
                <w:bCs/>
                <w:sz w:val="32"/>
                <w:szCs w:val="32"/>
              </w:rPr>
              <w:t>​</w:t>
            </w:r>
            <w:r w:rsidRPr="003E4D7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ผลงาน</w:t>
            </w:r>
          </w:p>
        </w:tc>
        <w:tc>
          <w:tcPr>
            <w:tcW w:w="2438" w:type="dxa"/>
            <w:shd w:val="clear" w:color="auto" w:fill="D9E2F3"/>
            <w:vAlign w:val="center"/>
          </w:tcPr>
          <w:p w14:paraId="7E8114FB" w14:textId="77777777" w:rsidR="00413300" w:rsidRPr="003E4D7F" w:rsidRDefault="000000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E4D7F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เบอร์</w:t>
            </w:r>
            <w:r w:rsidRPr="003E4D7F">
              <w:rPr>
                <w:rFonts w:ascii="Arial" w:hAnsi="Arial" w:cs="Arial"/>
                <w:b/>
                <w:bCs/>
                <w:sz w:val="32"/>
                <w:szCs w:val="32"/>
              </w:rPr>
              <w:t>​</w:t>
            </w:r>
            <w:r w:rsidRPr="003E4D7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โทร</w:t>
            </w:r>
            <w:r w:rsidRPr="003E4D7F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/ </w:t>
            </w:r>
            <w:r w:rsidRPr="003E4D7F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อีเมล</w:t>
            </w:r>
          </w:p>
        </w:tc>
      </w:tr>
      <w:tr w:rsidR="00413300" w:rsidRPr="003E4D7F" w14:paraId="26365467" w14:textId="77777777">
        <w:trPr>
          <w:trHeight w:val="481"/>
          <w:jc w:val="center"/>
        </w:trPr>
        <w:tc>
          <w:tcPr>
            <w:tcW w:w="737" w:type="dxa"/>
            <w:vAlign w:val="center"/>
          </w:tcPr>
          <w:p w14:paraId="0CC3AF4D" w14:textId="77777777" w:rsidR="00413300" w:rsidRPr="003E4D7F" w:rsidRDefault="000000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E4D7F">
              <w:rPr>
                <w:rFonts w:ascii="TH SarabunPSK" w:hAnsi="TH SarabunPSK" w:cs="TH SarabunPSK" w:hint="cs"/>
                <w:sz w:val="32"/>
                <w:szCs w:val="32"/>
              </w:rPr>
              <w:t>1</w:t>
            </w:r>
          </w:p>
        </w:tc>
        <w:tc>
          <w:tcPr>
            <w:tcW w:w="2835" w:type="dxa"/>
            <w:vAlign w:val="center"/>
          </w:tcPr>
          <w:p w14:paraId="4A28DA90" w14:textId="77777777" w:rsidR="00413300" w:rsidRPr="003E4D7F" w:rsidRDefault="0041330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1" w:type="dxa"/>
            <w:vAlign w:val="center"/>
          </w:tcPr>
          <w:p w14:paraId="1C55ABFE" w14:textId="77777777" w:rsidR="00413300" w:rsidRPr="003E4D7F" w:rsidRDefault="0041330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1" w:type="dxa"/>
            <w:vAlign w:val="center"/>
          </w:tcPr>
          <w:p w14:paraId="1DB3F569" w14:textId="77777777" w:rsidR="00413300" w:rsidRPr="003E4D7F" w:rsidRDefault="0041330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38" w:type="dxa"/>
            <w:vAlign w:val="center"/>
          </w:tcPr>
          <w:p w14:paraId="1BDA7139" w14:textId="77777777" w:rsidR="00413300" w:rsidRPr="003E4D7F" w:rsidRDefault="0041330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13300" w:rsidRPr="003E4D7F" w14:paraId="18E04CBA" w14:textId="77777777">
        <w:trPr>
          <w:trHeight w:val="481"/>
          <w:jc w:val="center"/>
        </w:trPr>
        <w:tc>
          <w:tcPr>
            <w:tcW w:w="737" w:type="dxa"/>
            <w:vAlign w:val="center"/>
          </w:tcPr>
          <w:p w14:paraId="0D50ABD8" w14:textId="77777777" w:rsidR="00413300" w:rsidRPr="003E4D7F" w:rsidRDefault="000000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E4D7F">
              <w:rPr>
                <w:rFonts w:ascii="TH SarabunPSK" w:hAnsi="TH SarabunPSK" w:cs="TH SarabunPSK" w:hint="cs"/>
                <w:sz w:val="32"/>
                <w:szCs w:val="32"/>
              </w:rPr>
              <w:t>2</w:t>
            </w:r>
          </w:p>
        </w:tc>
        <w:tc>
          <w:tcPr>
            <w:tcW w:w="2835" w:type="dxa"/>
            <w:vAlign w:val="center"/>
          </w:tcPr>
          <w:p w14:paraId="6ADD2853" w14:textId="77777777" w:rsidR="00413300" w:rsidRPr="003E4D7F" w:rsidRDefault="0041330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1" w:type="dxa"/>
            <w:vAlign w:val="center"/>
          </w:tcPr>
          <w:p w14:paraId="4160F475" w14:textId="77777777" w:rsidR="00413300" w:rsidRPr="003E4D7F" w:rsidRDefault="0041330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1" w:type="dxa"/>
            <w:vAlign w:val="center"/>
          </w:tcPr>
          <w:p w14:paraId="3F8F1388" w14:textId="77777777" w:rsidR="00413300" w:rsidRPr="003E4D7F" w:rsidRDefault="0041330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38" w:type="dxa"/>
            <w:vAlign w:val="center"/>
          </w:tcPr>
          <w:p w14:paraId="6EED18E0" w14:textId="77777777" w:rsidR="00413300" w:rsidRPr="003E4D7F" w:rsidRDefault="0041330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13300" w:rsidRPr="003E4D7F" w14:paraId="79344117" w14:textId="77777777">
        <w:trPr>
          <w:trHeight w:val="481"/>
          <w:jc w:val="center"/>
        </w:trPr>
        <w:tc>
          <w:tcPr>
            <w:tcW w:w="737" w:type="dxa"/>
            <w:vAlign w:val="center"/>
          </w:tcPr>
          <w:p w14:paraId="6FEC3F14" w14:textId="77777777" w:rsidR="00413300" w:rsidRPr="003E4D7F" w:rsidRDefault="000000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E4D7F">
              <w:rPr>
                <w:rFonts w:ascii="TH SarabunPSK" w:hAnsi="TH SarabunPSK" w:cs="TH SarabunPSK" w:hint="cs"/>
                <w:sz w:val="32"/>
                <w:szCs w:val="32"/>
              </w:rPr>
              <w:t>3</w:t>
            </w:r>
          </w:p>
        </w:tc>
        <w:tc>
          <w:tcPr>
            <w:tcW w:w="2835" w:type="dxa"/>
            <w:vAlign w:val="center"/>
          </w:tcPr>
          <w:p w14:paraId="553CD55B" w14:textId="77777777" w:rsidR="00413300" w:rsidRPr="003E4D7F" w:rsidRDefault="0041330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1" w:type="dxa"/>
            <w:vAlign w:val="center"/>
          </w:tcPr>
          <w:p w14:paraId="19D1DDE6" w14:textId="77777777" w:rsidR="00413300" w:rsidRPr="003E4D7F" w:rsidRDefault="0041330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1" w:type="dxa"/>
            <w:vAlign w:val="center"/>
          </w:tcPr>
          <w:p w14:paraId="233A923B" w14:textId="77777777" w:rsidR="00413300" w:rsidRPr="003E4D7F" w:rsidRDefault="0041330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38" w:type="dxa"/>
            <w:vAlign w:val="center"/>
          </w:tcPr>
          <w:p w14:paraId="19089476" w14:textId="77777777" w:rsidR="00413300" w:rsidRPr="003E4D7F" w:rsidRDefault="0041330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13300" w:rsidRPr="003E4D7F" w14:paraId="175B155A" w14:textId="77777777">
        <w:trPr>
          <w:trHeight w:val="481"/>
          <w:jc w:val="center"/>
        </w:trPr>
        <w:tc>
          <w:tcPr>
            <w:tcW w:w="737" w:type="dxa"/>
            <w:vAlign w:val="center"/>
          </w:tcPr>
          <w:p w14:paraId="64B20178" w14:textId="77777777" w:rsidR="00413300" w:rsidRPr="003E4D7F" w:rsidRDefault="000000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E4D7F">
              <w:rPr>
                <w:rFonts w:ascii="TH SarabunPSK" w:hAnsi="TH SarabunPSK" w:cs="TH SarabunPSK" w:hint="cs"/>
                <w:sz w:val="32"/>
                <w:szCs w:val="32"/>
              </w:rPr>
              <w:t>4</w:t>
            </w:r>
          </w:p>
        </w:tc>
        <w:tc>
          <w:tcPr>
            <w:tcW w:w="2835" w:type="dxa"/>
            <w:vAlign w:val="center"/>
          </w:tcPr>
          <w:p w14:paraId="1BEF4B03" w14:textId="77777777" w:rsidR="00413300" w:rsidRPr="003E4D7F" w:rsidRDefault="0041330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1" w:type="dxa"/>
            <w:vAlign w:val="center"/>
          </w:tcPr>
          <w:p w14:paraId="461D7394" w14:textId="77777777" w:rsidR="00413300" w:rsidRPr="003E4D7F" w:rsidRDefault="0041330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1" w:type="dxa"/>
            <w:vAlign w:val="center"/>
          </w:tcPr>
          <w:p w14:paraId="72E7C529" w14:textId="77777777" w:rsidR="00413300" w:rsidRPr="003E4D7F" w:rsidRDefault="0041330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38" w:type="dxa"/>
            <w:vAlign w:val="center"/>
          </w:tcPr>
          <w:p w14:paraId="4083B247" w14:textId="77777777" w:rsidR="00413300" w:rsidRPr="003E4D7F" w:rsidRDefault="0041330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13300" w:rsidRPr="003E4D7F" w14:paraId="63506161" w14:textId="77777777">
        <w:trPr>
          <w:trHeight w:val="481"/>
          <w:jc w:val="center"/>
        </w:trPr>
        <w:tc>
          <w:tcPr>
            <w:tcW w:w="737" w:type="dxa"/>
            <w:vAlign w:val="center"/>
          </w:tcPr>
          <w:p w14:paraId="1C4EE315" w14:textId="77777777" w:rsidR="00413300" w:rsidRPr="003E4D7F" w:rsidRDefault="00000000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3E4D7F">
              <w:rPr>
                <w:rFonts w:ascii="TH SarabunPSK" w:hAnsi="TH SarabunPSK" w:cs="TH SarabunPSK" w:hint="cs"/>
                <w:sz w:val="32"/>
                <w:szCs w:val="32"/>
              </w:rPr>
              <w:t>5</w:t>
            </w:r>
          </w:p>
        </w:tc>
        <w:tc>
          <w:tcPr>
            <w:tcW w:w="2835" w:type="dxa"/>
            <w:vAlign w:val="center"/>
          </w:tcPr>
          <w:p w14:paraId="196A57C0" w14:textId="77777777" w:rsidR="00413300" w:rsidRPr="003E4D7F" w:rsidRDefault="0041330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1" w:type="dxa"/>
            <w:vAlign w:val="center"/>
          </w:tcPr>
          <w:p w14:paraId="1FB5204B" w14:textId="77777777" w:rsidR="00413300" w:rsidRPr="003E4D7F" w:rsidRDefault="0041330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71" w:type="dxa"/>
            <w:vAlign w:val="center"/>
          </w:tcPr>
          <w:p w14:paraId="02A491ED" w14:textId="77777777" w:rsidR="00413300" w:rsidRPr="003E4D7F" w:rsidRDefault="0041330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38" w:type="dxa"/>
            <w:vAlign w:val="center"/>
          </w:tcPr>
          <w:p w14:paraId="7E7ED8CE" w14:textId="77777777" w:rsidR="00413300" w:rsidRPr="003E4D7F" w:rsidRDefault="0041330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1DB4B177" w14:textId="77777777" w:rsidR="00413300" w:rsidRPr="003E4D7F" w:rsidRDefault="00000000">
      <w:pPr>
        <w:spacing w:before="60" w:after="0" w:line="240" w:lineRule="auto"/>
        <w:ind w:left="283"/>
        <w:rPr>
          <w:rFonts w:ascii="TH SarabunPSK" w:hAnsi="TH SarabunPSK" w:cs="TH SarabunPSK"/>
          <w:sz w:val="32"/>
          <w:szCs w:val="32"/>
        </w:rPr>
      </w:pPr>
      <w:proofErr w:type="gramStart"/>
      <w:r w:rsidRPr="00630573">
        <w:rPr>
          <w:rFonts w:ascii="TH SarabunPSK" w:hAnsi="TH SarabunPSK" w:cs="TH SarabunPSK" w:hint="cs"/>
          <w:sz w:val="32"/>
          <w:szCs w:val="32"/>
        </w:rPr>
        <w:t>หัวหน้า</w:t>
      </w:r>
      <w:r w:rsidRPr="00630573">
        <w:rPr>
          <w:rFonts w:ascii="Arial" w:hAnsi="Arial" w:cs="Arial"/>
          <w:sz w:val="32"/>
          <w:szCs w:val="32"/>
        </w:rPr>
        <w:t>​</w:t>
      </w:r>
      <w:r w:rsidRPr="00630573">
        <w:rPr>
          <w:rFonts w:ascii="TH SarabunPSK" w:hAnsi="TH SarabunPSK" w:cs="TH SarabunPSK"/>
          <w:sz w:val="32"/>
          <w:szCs w:val="32"/>
        </w:rPr>
        <w:t>ผู้รับผิดชอบ</w:t>
      </w:r>
      <w:r w:rsidRPr="00630573">
        <w:rPr>
          <w:rFonts w:ascii="Arial" w:hAnsi="Arial" w:cs="Arial"/>
          <w:sz w:val="32"/>
          <w:szCs w:val="32"/>
        </w:rPr>
        <w:t>​</w:t>
      </w:r>
      <w:r w:rsidRPr="00630573">
        <w:rPr>
          <w:rFonts w:ascii="TH SarabunPSK" w:hAnsi="TH SarabunPSK" w:cs="TH SarabunPSK"/>
          <w:sz w:val="32"/>
          <w:szCs w:val="32"/>
        </w:rPr>
        <w:t>ผลงาน</w:t>
      </w:r>
      <w:r w:rsidRPr="00630573">
        <w:rPr>
          <w:rFonts w:ascii="TH SarabunPSK" w:hAnsi="TH SarabunPSK" w:cs="TH SarabunPSK" w:hint="cs"/>
          <w:sz w:val="32"/>
          <w:szCs w:val="32"/>
        </w:rPr>
        <w:t xml:space="preserve">  ..........................................</w:t>
      </w:r>
      <w:proofErr w:type="gramEnd"/>
      <w:r w:rsidRPr="00630573">
        <w:rPr>
          <w:rFonts w:ascii="TH SarabunPSK" w:hAnsi="TH SarabunPSK" w:cs="TH SarabunPSK" w:hint="cs"/>
          <w:sz w:val="32"/>
          <w:szCs w:val="32"/>
        </w:rPr>
        <w:t xml:space="preserve">  </w:t>
      </w:r>
      <w:proofErr w:type="gramStart"/>
      <w:r w:rsidRPr="00630573">
        <w:rPr>
          <w:rFonts w:ascii="TH SarabunPSK" w:hAnsi="TH SarabunPSK" w:cs="TH SarabunPSK" w:hint="cs"/>
          <w:sz w:val="32"/>
          <w:szCs w:val="32"/>
        </w:rPr>
        <w:t>โทร  ....................</w:t>
      </w:r>
      <w:proofErr w:type="gramEnd"/>
      <w:r w:rsidRPr="00630573">
        <w:rPr>
          <w:rFonts w:ascii="TH SarabunPSK" w:hAnsi="TH SarabunPSK" w:cs="TH SarabunPSK" w:hint="cs"/>
          <w:sz w:val="32"/>
          <w:szCs w:val="32"/>
        </w:rPr>
        <w:t xml:space="preserve">  </w:t>
      </w:r>
      <w:proofErr w:type="gramStart"/>
      <w:r w:rsidRPr="00630573">
        <w:rPr>
          <w:rFonts w:ascii="TH SarabunPSK" w:hAnsi="TH SarabunPSK" w:cs="TH SarabunPSK" w:hint="cs"/>
          <w:sz w:val="32"/>
          <w:szCs w:val="32"/>
        </w:rPr>
        <w:t>อีเมล  .............................</w:t>
      </w:r>
      <w:proofErr w:type="gramEnd"/>
    </w:p>
    <w:p w14:paraId="49E4FA22" w14:textId="77777777" w:rsidR="00A56B5E" w:rsidRPr="00A56B5E" w:rsidRDefault="00A56B5E">
      <w:pPr>
        <w:spacing w:before="120" w:after="20" w:line="240" w:lineRule="auto"/>
        <w:rPr>
          <w:rFonts w:ascii="TH SarabunPSK" w:hAnsi="TH SarabunPSK" w:cs="TH SarabunPSK"/>
          <w:sz w:val="12"/>
          <w:szCs w:val="12"/>
          <w:lang w:bidi="th-TH"/>
        </w:rPr>
      </w:pPr>
    </w:p>
    <w:p w14:paraId="3808D2EF" w14:textId="1FE25BB5" w:rsidR="00413300" w:rsidRPr="003E4D7F" w:rsidRDefault="00000000">
      <w:pPr>
        <w:spacing w:before="120" w:after="20" w:line="240" w:lineRule="auto"/>
        <w:rPr>
          <w:rFonts w:ascii="TH SarabunPSK" w:hAnsi="TH SarabunPSK" w:cs="TH SarabunPSK"/>
          <w:sz w:val="32"/>
          <w:szCs w:val="32"/>
        </w:rPr>
      </w:pPr>
      <w:proofErr w:type="spellStart"/>
      <w:r w:rsidRPr="003E4D7F">
        <w:rPr>
          <w:rFonts w:ascii="TH SarabunPSK" w:hAnsi="TH SarabunPSK" w:cs="TH SarabunPSK" w:hint="cs"/>
          <w:b/>
          <w:bCs/>
          <w:sz w:val="32"/>
          <w:szCs w:val="32"/>
        </w:rPr>
        <w:t>ส่วน</w:t>
      </w:r>
      <w:proofErr w:type="spellEnd"/>
      <w:r w:rsidRPr="003E4D7F">
        <w:rPr>
          <w:rFonts w:ascii="Arial" w:hAnsi="Arial" w:cs="Arial"/>
          <w:b/>
          <w:bCs/>
          <w:sz w:val="32"/>
          <w:szCs w:val="32"/>
        </w:rPr>
        <w:t>​</w:t>
      </w:r>
      <w:proofErr w:type="spellStart"/>
      <w:r w:rsidRPr="003E4D7F">
        <w:rPr>
          <w:rFonts w:ascii="TH SarabunPSK" w:hAnsi="TH SarabunPSK" w:cs="TH SarabunPSK"/>
          <w:b/>
          <w:bCs/>
          <w:sz w:val="32"/>
          <w:szCs w:val="32"/>
        </w:rPr>
        <w:t>ที่</w:t>
      </w:r>
      <w:proofErr w:type="spellEnd"/>
      <w:r w:rsidRPr="003E4D7F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proofErr w:type="gramStart"/>
      <w:r w:rsidRPr="003E4D7F">
        <w:rPr>
          <w:rFonts w:ascii="TH SarabunPSK" w:hAnsi="TH SarabunPSK" w:cs="TH SarabunPSK"/>
          <w:b/>
          <w:bCs/>
          <w:sz w:val="32"/>
          <w:szCs w:val="32"/>
        </w:rPr>
        <w:t>๓</w:t>
      </w:r>
      <w:r w:rsidRPr="003E4D7F">
        <w:rPr>
          <w:rFonts w:ascii="TH SarabunPSK" w:hAnsi="TH SarabunPSK" w:cs="TH SarabunPSK" w:hint="cs"/>
          <w:b/>
          <w:bCs/>
          <w:sz w:val="32"/>
          <w:szCs w:val="32"/>
        </w:rPr>
        <w:t xml:space="preserve">  </w:t>
      </w:r>
      <w:proofErr w:type="spellStart"/>
      <w:r w:rsidRPr="003E4D7F">
        <w:rPr>
          <w:rFonts w:ascii="TH SarabunPSK" w:hAnsi="TH SarabunPSK" w:cs="TH SarabunPSK"/>
          <w:b/>
          <w:bCs/>
          <w:sz w:val="32"/>
          <w:szCs w:val="32"/>
        </w:rPr>
        <w:t>รายละเอียด</w:t>
      </w:r>
      <w:proofErr w:type="spellEnd"/>
      <w:r w:rsidRPr="003E4D7F">
        <w:rPr>
          <w:rFonts w:ascii="Arial" w:hAnsi="Arial" w:cs="Arial"/>
          <w:b/>
          <w:bCs/>
          <w:sz w:val="32"/>
          <w:szCs w:val="32"/>
        </w:rPr>
        <w:t>​</w:t>
      </w:r>
      <w:proofErr w:type="spellStart"/>
      <w:r w:rsidRPr="003E4D7F">
        <w:rPr>
          <w:rFonts w:ascii="TH SarabunPSK" w:hAnsi="TH SarabunPSK" w:cs="TH SarabunPSK"/>
          <w:b/>
          <w:bCs/>
          <w:sz w:val="32"/>
          <w:szCs w:val="32"/>
        </w:rPr>
        <w:t>ผลงาน</w:t>
      </w:r>
      <w:proofErr w:type="spellEnd"/>
      <w:proofErr w:type="gramEnd"/>
    </w:p>
    <w:p w14:paraId="4590F736" w14:textId="3966C106" w:rsidR="00413300" w:rsidRDefault="00000000">
      <w:pPr>
        <w:spacing w:after="60" w:line="240" w:lineRule="auto"/>
        <w:ind w:left="283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3E4D7F">
        <w:rPr>
          <w:rFonts w:ascii="TH SarabunPSK" w:hAnsi="TH SarabunPSK" w:cs="TH SarabunPSK" w:hint="cs"/>
          <w:sz w:val="32"/>
          <w:szCs w:val="32"/>
        </w:rPr>
        <w:t>(</w:t>
      </w:r>
      <w:proofErr w:type="spellStart"/>
      <w:r w:rsidRPr="003E4D7F">
        <w:rPr>
          <w:rFonts w:ascii="TH SarabunPSK" w:hAnsi="TH SarabunPSK" w:cs="TH SarabunPSK" w:hint="cs"/>
          <w:sz w:val="32"/>
          <w:szCs w:val="32"/>
        </w:rPr>
        <w:t>จัดทำ</w:t>
      </w:r>
      <w:proofErr w:type="spellEnd"/>
      <w:r w:rsidRPr="003E4D7F">
        <w:rPr>
          <w:rFonts w:ascii="Arial" w:hAnsi="Arial" w:cs="Arial"/>
          <w:sz w:val="32"/>
          <w:szCs w:val="32"/>
        </w:rPr>
        <w:t>​</w:t>
      </w:r>
      <w:proofErr w:type="spellStart"/>
      <w:r w:rsidRPr="003E4D7F">
        <w:rPr>
          <w:rFonts w:ascii="TH SarabunPSK" w:hAnsi="TH SarabunPSK" w:cs="TH SarabunPSK"/>
          <w:sz w:val="32"/>
          <w:szCs w:val="32"/>
        </w:rPr>
        <w:t>รายละเอียด</w:t>
      </w:r>
      <w:proofErr w:type="spellEnd"/>
      <w:r w:rsidRPr="003E4D7F">
        <w:rPr>
          <w:rFonts w:ascii="Arial" w:hAnsi="Arial" w:cs="Arial"/>
          <w:sz w:val="32"/>
          <w:szCs w:val="32"/>
        </w:rPr>
        <w:t>​</w:t>
      </w:r>
      <w:proofErr w:type="spellStart"/>
      <w:r w:rsidRPr="003E4D7F">
        <w:rPr>
          <w:rFonts w:ascii="TH SarabunPSK" w:hAnsi="TH SarabunPSK" w:cs="TH SarabunPSK"/>
          <w:sz w:val="32"/>
          <w:szCs w:val="32"/>
        </w:rPr>
        <w:t>ตาม</w:t>
      </w:r>
      <w:proofErr w:type="spellEnd"/>
      <w:r w:rsidRPr="003E4D7F">
        <w:rPr>
          <w:rFonts w:ascii="Arial" w:hAnsi="Arial" w:cs="Arial"/>
          <w:sz w:val="32"/>
          <w:szCs w:val="32"/>
        </w:rPr>
        <w:t>​</w:t>
      </w:r>
      <w:proofErr w:type="spellStart"/>
      <w:r w:rsidRPr="003E4D7F">
        <w:rPr>
          <w:rFonts w:ascii="TH SarabunPSK" w:hAnsi="TH SarabunPSK" w:cs="TH SarabunPSK"/>
          <w:sz w:val="32"/>
          <w:szCs w:val="32"/>
        </w:rPr>
        <w:t>หัวข้อ</w:t>
      </w:r>
      <w:proofErr w:type="spellEnd"/>
      <w:r w:rsidRPr="003E4D7F">
        <w:rPr>
          <w:rFonts w:ascii="Arial" w:hAnsi="Arial" w:cs="Arial"/>
          <w:sz w:val="32"/>
          <w:szCs w:val="32"/>
        </w:rPr>
        <w:t>​</w:t>
      </w:r>
      <w:proofErr w:type="spellStart"/>
      <w:r w:rsidRPr="003E4D7F">
        <w:rPr>
          <w:rFonts w:ascii="TH SarabunPSK" w:hAnsi="TH SarabunPSK" w:cs="TH SarabunPSK"/>
          <w:sz w:val="32"/>
          <w:szCs w:val="32"/>
        </w:rPr>
        <w:t>ด้านล่าง</w:t>
      </w:r>
      <w:proofErr w:type="spellEnd"/>
      <w:r w:rsidRPr="003E4D7F">
        <w:rPr>
          <w:rFonts w:ascii="TH SarabunPSK" w:hAnsi="TH SarabunPSK" w:cs="TH SarabunPSK" w:hint="cs"/>
          <w:sz w:val="32"/>
          <w:szCs w:val="32"/>
        </w:rPr>
        <w:t xml:space="preserve"> </w:t>
      </w:r>
      <w:proofErr w:type="spellStart"/>
      <w:r w:rsidRPr="003E4D7F">
        <w:rPr>
          <w:rFonts w:ascii="TH SarabunPSK" w:hAnsi="TH SarabunPSK" w:cs="TH SarabunPSK"/>
          <w:sz w:val="32"/>
          <w:szCs w:val="32"/>
        </w:rPr>
        <w:t>พิมพ์</w:t>
      </w:r>
      <w:proofErr w:type="spellEnd"/>
      <w:r w:rsidRPr="003E4D7F">
        <w:rPr>
          <w:rFonts w:ascii="Arial" w:hAnsi="Arial" w:cs="Arial"/>
          <w:sz w:val="32"/>
          <w:szCs w:val="32"/>
        </w:rPr>
        <w:t>​</w:t>
      </w:r>
      <w:proofErr w:type="spellStart"/>
      <w:r w:rsidRPr="003E4D7F">
        <w:rPr>
          <w:rFonts w:ascii="TH SarabunPSK" w:hAnsi="TH SarabunPSK" w:cs="TH SarabunPSK"/>
          <w:sz w:val="32"/>
          <w:szCs w:val="32"/>
        </w:rPr>
        <w:t>ด้วย</w:t>
      </w:r>
      <w:proofErr w:type="spellEnd"/>
      <w:r w:rsidRPr="003E4D7F">
        <w:rPr>
          <w:rFonts w:ascii="Arial" w:hAnsi="Arial" w:cs="Arial"/>
          <w:sz w:val="32"/>
          <w:szCs w:val="32"/>
        </w:rPr>
        <w:t>​</w:t>
      </w:r>
      <w:proofErr w:type="spellStart"/>
      <w:r w:rsidRPr="003E4D7F">
        <w:rPr>
          <w:rFonts w:ascii="TH SarabunPSK" w:hAnsi="TH SarabunPSK" w:cs="TH SarabunPSK"/>
          <w:sz w:val="32"/>
          <w:szCs w:val="32"/>
        </w:rPr>
        <w:t>ตัวอักษร</w:t>
      </w:r>
      <w:proofErr w:type="spellEnd"/>
      <w:r w:rsidRPr="003E4D7F">
        <w:rPr>
          <w:rFonts w:ascii="TH SarabunPSK" w:hAnsi="TH SarabunPSK" w:cs="TH SarabunPSK" w:hint="cs"/>
          <w:sz w:val="32"/>
          <w:szCs w:val="32"/>
        </w:rPr>
        <w:t xml:space="preserve"> TH </w:t>
      </w:r>
      <w:proofErr w:type="spellStart"/>
      <w:r w:rsidRPr="003E4D7F">
        <w:rPr>
          <w:rFonts w:ascii="TH SarabunPSK" w:hAnsi="TH SarabunPSK" w:cs="TH SarabunPSK" w:hint="cs"/>
          <w:sz w:val="32"/>
          <w:szCs w:val="32"/>
        </w:rPr>
        <w:t>SarabunPSK</w:t>
      </w:r>
      <w:proofErr w:type="spellEnd"/>
      <w:r w:rsidRPr="003E4D7F">
        <w:rPr>
          <w:rFonts w:ascii="TH SarabunPSK" w:hAnsi="TH SarabunPSK" w:cs="TH SarabunPSK" w:hint="cs"/>
          <w:sz w:val="32"/>
          <w:szCs w:val="32"/>
        </w:rPr>
        <w:t xml:space="preserve"> </w:t>
      </w:r>
      <w:r w:rsidR="00A56B5E">
        <w:rPr>
          <w:rFonts w:ascii="TH SarabunPSK" w:hAnsi="TH SarabunPSK" w:cs="TH SarabunPSK" w:hint="cs"/>
          <w:sz w:val="32"/>
          <w:szCs w:val="32"/>
          <w:cs/>
          <w:lang w:bidi="th-TH"/>
        </w:rPr>
        <w:t>16</w:t>
      </w:r>
      <w:r w:rsidRPr="003E4D7F">
        <w:rPr>
          <w:rFonts w:ascii="TH SarabunPSK" w:hAnsi="TH SarabunPSK" w:cs="TH SarabunPSK" w:hint="cs"/>
          <w:sz w:val="32"/>
          <w:szCs w:val="32"/>
        </w:rPr>
        <w:t xml:space="preserve">Pt </w:t>
      </w:r>
      <w:proofErr w:type="spellStart"/>
      <w:r w:rsidRPr="003E4D7F">
        <w:rPr>
          <w:rFonts w:ascii="TH SarabunPSK" w:hAnsi="TH SarabunPSK" w:cs="TH SarabunPSK"/>
          <w:sz w:val="32"/>
          <w:szCs w:val="32"/>
        </w:rPr>
        <w:t>ความ</w:t>
      </w:r>
      <w:proofErr w:type="spellEnd"/>
      <w:r w:rsidRPr="003E4D7F">
        <w:rPr>
          <w:rFonts w:ascii="Arial" w:hAnsi="Arial" w:cs="Arial"/>
          <w:sz w:val="32"/>
          <w:szCs w:val="32"/>
        </w:rPr>
        <w:t>​</w:t>
      </w:r>
      <w:proofErr w:type="spellStart"/>
      <w:r w:rsidRPr="003E4D7F">
        <w:rPr>
          <w:rFonts w:ascii="TH SarabunPSK" w:hAnsi="TH SarabunPSK" w:cs="TH SarabunPSK"/>
          <w:sz w:val="32"/>
          <w:szCs w:val="32"/>
        </w:rPr>
        <w:t>ยาว</w:t>
      </w:r>
      <w:proofErr w:type="spellEnd"/>
      <w:r w:rsidRPr="003E4D7F">
        <w:rPr>
          <w:rFonts w:ascii="Arial" w:hAnsi="Arial" w:cs="Arial"/>
          <w:sz w:val="32"/>
          <w:szCs w:val="32"/>
        </w:rPr>
        <w:t>​</w:t>
      </w:r>
      <w:proofErr w:type="spellStart"/>
      <w:r w:rsidRPr="003E4D7F">
        <w:rPr>
          <w:rFonts w:ascii="TH SarabunPSK" w:hAnsi="TH SarabunPSK" w:cs="TH SarabunPSK"/>
          <w:sz w:val="32"/>
          <w:szCs w:val="32"/>
        </w:rPr>
        <w:t>รวม</w:t>
      </w:r>
      <w:proofErr w:type="spellEnd"/>
      <w:r w:rsidRPr="003E4D7F">
        <w:rPr>
          <w:rFonts w:ascii="Arial" w:hAnsi="Arial" w:cs="Arial"/>
          <w:sz w:val="32"/>
          <w:szCs w:val="32"/>
        </w:rPr>
        <w:t>​</w:t>
      </w:r>
      <w:proofErr w:type="spellStart"/>
      <w:r w:rsidRPr="003E4D7F">
        <w:rPr>
          <w:rFonts w:ascii="TH SarabunPSK" w:hAnsi="TH SarabunPSK" w:cs="TH SarabunPSK"/>
          <w:sz w:val="32"/>
          <w:szCs w:val="32"/>
        </w:rPr>
        <w:t>ไม่</w:t>
      </w:r>
      <w:proofErr w:type="spellEnd"/>
      <w:r w:rsidRPr="003E4D7F">
        <w:rPr>
          <w:rFonts w:ascii="Arial" w:hAnsi="Arial" w:cs="Arial"/>
          <w:sz w:val="32"/>
          <w:szCs w:val="32"/>
        </w:rPr>
        <w:t>​</w:t>
      </w:r>
      <w:proofErr w:type="spellStart"/>
      <w:r w:rsidRPr="003E4D7F">
        <w:rPr>
          <w:rFonts w:ascii="TH SarabunPSK" w:hAnsi="TH SarabunPSK" w:cs="TH SarabunPSK"/>
          <w:sz w:val="32"/>
          <w:szCs w:val="32"/>
        </w:rPr>
        <w:t>เกิน</w:t>
      </w:r>
      <w:proofErr w:type="spellEnd"/>
      <w:r w:rsidRPr="003E4D7F">
        <w:rPr>
          <w:rFonts w:ascii="TH SarabunPSK" w:hAnsi="TH SarabunPSK" w:cs="TH SarabunPSK" w:hint="cs"/>
          <w:sz w:val="32"/>
          <w:szCs w:val="32"/>
        </w:rPr>
        <w:t xml:space="preserve"> </w:t>
      </w:r>
      <w:r w:rsidRPr="003E4D7F">
        <w:rPr>
          <w:rFonts w:ascii="TH SarabunPSK" w:hAnsi="TH SarabunPSK" w:cs="TH SarabunPSK"/>
          <w:sz w:val="32"/>
          <w:szCs w:val="32"/>
        </w:rPr>
        <w:t>๒๐</w:t>
      </w:r>
      <w:r w:rsidRPr="003E4D7F">
        <w:rPr>
          <w:rFonts w:ascii="TH SarabunPSK" w:hAnsi="TH SarabunPSK" w:cs="TH SarabunPSK" w:hint="cs"/>
          <w:sz w:val="32"/>
          <w:szCs w:val="32"/>
        </w:rPr>
        <w:t xml:space="preserve"> </w:t>
      </w:r>
      <w:proofErr w:type="spellStart"/>
      <w:r w:rsidRPr="003E4D7F">
        <w:rPr>
          <w:rFonts w:ascii="TH SarabunPSK" w:hAnsi="TH SarabunPSK" w:cs="TH SarabunPSK"/>
          <w:sz w:val="32"/>
          <w:szCs w:val="32"/>
        </w:rPr>
        <w:t>หน้า</w:t>
      </w:r>
      <w:proofErr w:type="spellEnd"/>
      <w:r w:rsidRPr="003E4D7F">
        <w:rPr>
          <w:rFonts w:ascii="TH SarabunPSK" w:hAnsi="TH SarabunPSK" w:cs="TH SarabunPSK" w:hint="cs"/>
          <w:sz w:val="32"/>
          <w:szCs w:val="32"/>
        </w:rPr>
        <w:t xml:space="preserve"> </w:t>
      </w:r>
      <w:r w:rsidRPr="003E4D7F">
        <w:rPr>
          <w:rFonts w:ascii="TH SarabunPSK" w:hAnsi="TH SarabunPSK" w:cs="TH SarabunPSK"/>
          <w:sz w:val="32"/>
          <w:szCs w:val="32"/>
        </w:rPr>
        <w:t>สามารถ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แนบ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กราฟ</w:t>
      </w:r>
      <w:r w:rsidRPr="003E4D7F">
        <w:rPr>
          <w:rFonts w:ascii="TH SarabunPSK" w:hAnsi="TH SarabunPSK" w:cs="TH SarabunPSK" w:hint="cs"/>
          <w:sz w:val="32"/>
          <w:szCs w:val="32"/>
        </w:rPr>
        <w:t xml:space="preserve"> / </w:t>
      </w:r>
      <w:r w:rsidRPr="003E4D7F">
        <w:rPr>
          <w:rFonts w:ascii="TH SarabunPSK" w:hAnsi="TH SarabunPSK" w:cs="TH SarabunPSK"/>
          <w:sz w:val="32"/>
          <w:szCs w:val="32"/>
        </w:rPr>
        <w:t>ตาราง</w:t>
      </w:r>
      <w:r w:rsidRPr="003E4D7F">
        <w:rPr>
          <w:rFonts w:ascii="TH SarabunPSK" w:hAnsi="TH SarabunPSK" w:cs="TH SarabunPSK" w:hint="cs"/>
          <w:sz w:val="32"/>
          <w:szCs w:val="32"/>
        </w:rPr>
        <w:t xml:space="preserve"> / </w:t>
      </w:r>
      <w:r w:rsidRPr="003E4D7F">
        <w:rPr>
          <w:rFonts w:ascii="TH SarabunPSK" w:hAnsi="TH SarabunPSK" w:cs="TH SarabunPSK"/>
          <w:sz w:val="32"/>
          <w:szCs w:val="32"/>
        </w:rPr>
        <w:t>รูปภาพ</w:t>
      </w:r>
      <w:r w:rsidRPr="003E4D7F">
        <w:rPr>
          <w:rFonts w:ascii="TH SarabunPSK" w:hAnsi="TH SarabunPSK" w:cs="TH SarabunPSK" w:hint="cs"/>
          <w:sz w:val="32"/>
          <w:szCs w:val="32"/>
        </w:rPr>
        <w:t xml:space="preserve"> / </w:t>
      </w:r>
      <w:r w:rsidRPr="003E4D7F">
        <w:rPr>
          <w:rFonts w:ascii="TH SarabunPSK" w:hAnsi="TH SarabunPSK" w:cs="TH SarabunPSK"/>
          <w:sz w:val="32"/>
          <w:szCs w:val="32"/>
        </w:rPr>
        <w:t>ลิงก์</w:t>
      </w:r>
      <w:r w:rsidRPr="003E4D7F">
        <w:rPr>
          <w:rFonts w:ascii="TH SarabunPSK" w:hAnsi="TH SarabunPSK" w:cs="TH SarabunPSK" w:hint="cs"/>
          <w:sz w:val="32"/>
          <w:szCs w:val="32"/>
        </w:rPr>
        <w:t xml:space="preserve"> VDO </w:t>
      </w:r>
      <w:r w:rsidRPr="003E4D7F">
        <w:rPr>
          <w:rFonts w:ascii="TH SarabunPSK" w:hAnsi="TH SarabunPSK" w:cs="TH SarabunPSK"/>
          <w:sz w:val="32"/>
          <w:szCs w:val="32"/>
        </w:rPr>
        <w:t>ประกอบ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ได้</w:t>
      </w:r>
      <w:r w:rsidRPr="003E4D7F">
        <w:rPr>
          <w:rFonts w:ascii="TH SarabunPSK" w:hAnsi="TH SarabunPSK" w:cs="TH SarabunPSK" w:hint="cs"/>
          <w:sz w:val="32"/>
          <w:szCs w:val="32"/>
        </w:rPr>
        <w:t xml:space="preserve"> </w:t>
      </w:r>
      <w:r w:rsidRPr="003E4D7F">
        <w:rPr>
          <w:rFonts w:ascii="TH SarabunPSK" w:hAnsi="TH SarabunPSK" w:cs="TH SarabunPSK"/>
          <w:sz w:val="32"/>
          <w:szCs w:val="32"/>
        </w:rPr>
        <w:t>หาก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พื้นที่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ใน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แบบฟอร์ม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ไม่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พอ</w:t>
      </w:r>
      <w:r w:rsidRPr="003E4D7F">
        <w:rPr>
          <w:rFonts w:ascii="TH SarabunPSK" w:hAnsi="TH SarabunPSK" w:cs="TH SarabunPSK" w:hint="cs"/>
          <w:sz w:val="32"/>
          <w:szCs w:val="32"/>
        </w:rPr>
        <w:t xml:space="preserve"> </w:t>
      </w:r>
      <w:r w:rsidRPr="003E4D7F">
        <w:rPr>
          <w:rFonts w:ascii="TH SarabunPSK" w:hAnsi="TH SarabunPSK" w:cs="TH SarabunPSK"/>
          <w:sz w:val="32"/>
          <w:szCs w:val="32"/>
        </w:rPr>
        <w:t>ให้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จัด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ทำเป็น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เอกสาร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แนบ</w:t>
      </w:r>
      <w:r w:rsidRPr="003E4D7F">
        <w:rPr>
          <w:rFonts w:ascii="TH SarabunPSK" w:hAnsi="TH SarabunPSK" w:cs="TH SarabunPSK" w:hint="cs"/>
          <w:sz w:val="32"/>
          <w:szCs w:val="32"/>
        </w:rPr>
        <w:t>)</w:t>
      </w:r>
    </w:p>
    <w:p w14:paraId="115EAF6E" w14:textId="77777777" w:rsidR="00BE0F7E" w:rsidRDefault="00BE0F7E">
      <w:pPr>
        <w:spacing w:after="60" w:line="240" w:lineRule="auto"/>
        <w:ind w:left="283"/>
        <w:jc w:val="thaiDistribute"/>
        <w:rPr>
          <w:rFonts w:ascii="TH SarabunPSK" w:hAnsi="TH SarabunPSK" w:cs="TH SarabunPSK" w:hint="cs"/>
          <w:sz w:val="32"/>
          <w:szCs w:val="32"/>
          <w:lang w:bidi="th-TH"/>
        </w:rPr>
      </w:pPr>
    </w:p>
    <w:p w14:paraId="48BEE11E" w14:textId="77777777" w:rsidR="00A56B5E" w:rsidRDefault="00A56B5E">
      <w:pPr>
        <w:spacing w:after="60" w:line="240" w:lineRule="auto"/>
        <w:ind w:left="283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6568AB08" w14:textId="77777777" w:rsidR="00413300" w:rsidRPr="003E4D7F" w:rsidRDefault="00000000">
      <w:pPr>
        <w:spacing w:before="60" w:after="0" w:line="240" w:lineRule="auto"/>
        <w:ind w:left="283"/>
        <w:rPr>
          <w:rFonts w:ascii="TH SarabunPSK" w:hAnsi="TH SarabunPSK" w:cs="TH SarabunPSK"/>
          <w:sz w:val="32"/>
          <w:szCs w:val="32"/>
        </w:rPr>
      </w:pPr>
      <w:r w:rsidRPr="003E4D7F">
        <w:rPr>
          <w:rFonts w:ascii="TH SarabunPSK" w:hAnsi="TH SarabunPSK" w:cs="TH SarabunPSK" w:hint="cs"/>
          <w:b/>
          <w:bCs/>
          <w:sz w:val="32"/>
          <w:szCs w:val="32"/>
        </w:rPr>
        <w:t xml:space="preserve">๑) </w:t>
      </w:r>
      <w:proofErr w:type="spellStart"/>
      <w:r w:rsidRPr="003E4D7F">
        <w:rPr>
          <w:rFonts w:ascii="TH SarabunPSK" w:hAnsi="TH SarabunPSK" w:cs="TH SarabunPSK" w:hint="cs"/>
          <w:b/>
          <w:bCs/>
          <w:sz w:val="32"/>
          <w:szCs w:val="32"/>
        </w:rPr>
        <w:t>บทสรุป</w:t>
      </w:r>
      <w:proofErr w:type="spellEnd"/>
      <w:r w:rsidRPr="003E4D7F">
        <w:rPr>
          <w:rFonts w:ascii="Arial" w:hAnsi="Arial" w:cs="Arial"/>
          <w:b/>
          <w:bCs/>
          <w:sz w:val="32"/>
          <w:szCs w:val="32"/>
        </w:rPr>
        <w:t>​</w:t>
      </w:r>
      <w:proofErr w:type="spellStart"/>
      <w:r w:rsidRPr="003E4D7F">
        <w:rPr>
          <w:rFonts w:ascii="TH SarabunPSK" w:hAnsi="TH SarabunPSK" w:cs="TH SarabunPSK"/>
          <w:b/>
          <w:bCs/>
          <w:sz w:val="32"/>
          <w:szCs w:val="32"/>
        </w:rPr>
        <w:t>โครงการ</w:t>
      </w:r>
      <w:proofErr w:type="spellEnd"/>
    </w:p>
    <w:p w14:paraId="7B7638A1" w14:textId="77777777" w:rsidR="00413300" w:rsidRPr="003E4D7F" w:rsidRDefault="00000000">
      <w:pPr>
        <w:spacing w:after="20" w:line="240" w:lineRule="auto"/>
        <w:ind w:left="510"/>
        <w:rPr>
          <w:rFonts w:ascii="TH SarabunPSK" w:hAnsi="TH SarabunPSK" w:cs="TH SarabunPSK"/>
          <w:sz w:val="32"/>
          <w:szCs w:val="32"/>
        </w:rPr>
      </w:pPr>
      <w:r w:rsidRPr="003E4D7F">
        <w:rPr>
          <w:rFonts w:ascii="TH SarabunPSK" w:hAnsi="TH SarabunPSK" w:cs="TH SarabunPSK" w:hint="cs"/>
          <w:sz w:val="32"/>
          <w:szCs w:val="32"/>
        </w:rPr>
        <w:t>(สรุป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สาระสำคัญ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ของ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ผลงาน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นวัตกรรม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โดยย่อ</w:t>
      </w:r>
      <w:r w:rsidRPr="003E4D7F">
        <w:rPr>
          <w:rFonts w:ascii="TH SarabunPSK" w:hAnsi="TH SarabunPSK" w:cs="TH SarabunPSK" w:hint="cs"/>
          <w:sz w:val="32"/>
          <w:szCs w:val="32"/>
        </w:rPr>
        <w:t xml:space="preserve"> (</w:t>
      </w:r>
      <w:r w:rsidRPr="003E4D7F">
        <w:rPr>
          <w:rFonts w:ascii="TH SarabunPSK" w:hAnsi="TH SarabunPSK" w:cs="TH SarabunPSK"/>
          <w:sz w:val="32"/>
          <w:szCs w:val="32"/>
        </w:rPr>
        <w:t>ปัญหา</w:t>
      </w:r>
      <w:r w:rsidRPr="003E4D7F">
        <w:rPr>
          <w:rFonts w:ascii="TH SarabunPSK" w:hAnsi="TH SarabunPSK" w:cs="TH SarabunPSK" w:hint="cs"/>
          <w:sz w:val="32"/>
          <w:szCs w:val="32"/>
        </w:rPr>
        <w:t xml:space="preserve"> </w:t>
      </w:r>
      <w:r w:rsidRPr="003E4D7F">
        <w:rPr>
          <w:rFonts w:ascii="TH SarabunPSK" w:hAnsi="TH SarabunPSK" w:cs="TH SarabunPSK"/>
          <w:sz w:val="32"/>
          <w:szCs w:val="32"/>
        </w:rPr>
        <w:t>แนวทาง</w:t>
      </w:r>
      <w:r w:rsidRPr="003E4D7F">
        <w:rPr>
          <w:rFonts w:ascii="TH SarabunPSK" w:hAnsi="TH SarabunPSK" w:cs="TH SarabunPSK" w:hint="cs"/>
          <w:sz w:val="32"/>
          <w:szCs w:val="32"/>
        </w:rPr>
        <w:t xml:space="preserve"> </w:t>
      </w:r>
      <w:r w:rsidRPr="003E4D7F">
        <w:rPr>
          <w:rFonts w:ascii="TH SarabunPSK" w:hAnsi="TH SarabunPSK" w:cs="TH SarabunPSK"/>
          <w:sz w:val="32"/>
          <w:szCs w:val="32"/>
        </w:rPr>
        <w:t>และ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ผลลัพธ์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ที่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เกิดขึ้น</w:t>
      </w:r>
      <w:r w:rsidRPr="003E4D7F">
        <w:rPr>
          <w:rFonts w:ascii="TH SarabunPSK" w:hAnsi="TH SarabunPSK" w:cs="TH SarabunPSK" w:hint="cs"/>
          <w:sz w:val="32"/>
          <w:szCs w:val="32"/>
        </w:rPr>
        <w:t>))</w:t>
      </w:r>
    </w:p>
    <w:p w14:paraId="016779D2" w14:textId="77777777" w:rsidR="00413300" w:rsidRPr="003E4D7F" w:rsidRDefault="00000000">
      <w:pPr>
        <w:spacing w:after="20" w:line="240" w:lineRule="auto"/>
        <w:ind w:left="283"/>
        <w:rPr>
          <w:rFonts w:ascii="TH SarabunPSK" w:hAnsi="TH SarabunPSK" w:cs="TH SarabunPSK"/>
          <w:sz w:val="32"/>
          <w:szCs w:val="32"/>
        </w:rPr>
      </w:pPr>
      <w:r w:rsidRPr="003E4D7F">
        <w:rPr>
          <w:rFonts w:ascii="TH SarabunPSK" w:hAnsi="TH SarabunPSK" w:cs="TH SarabunPSK" w:hint="cs"/>
          <w:sz w:val="32"/>
          <w:szCs w:val="32"/>
        </w:rPr>
        <w:t>..............................................................................................................................................................</w:t>
      </w:r>
    </w:p>
    <w:p w14:paraId="79B90E2E" w14:textId="77777777" w:rsidR="00413300" w:rsidRPr="003E4D7F" w:rsidRDefault="00000000">
      <w:pPr>
        <w:spacing w:after="20" w:line="240" w:lineRule="auto"/>
        <w:ind w:left="283"/>
        <w:rPr>
          <w:rFonts w:ascii="TH SarabunPSK" w:hAnsi="TH SarabunPSK" w:cs="TH SarabunPSK"/>
          <w:sz w:val="32"/>
          <w:szCs w:val="32"/>
        </w:rPr>
      </w:pPr>
      <w:r w:rsidRPr="003E4D7F">
        <w:rPr>
          <w:rFonts w:ascii="TH SarabunPSK" w:hAnsi="TH SarabunPSK" w:cs="TH SarabunPSK" w:hint="cs"/>
          <w:sz w:val="32"/>
          <w:szCs w:val="32"/>
        </w:rPr>
        <w:t>..............................................................................................................................................................</w:t>
      </w:r>
    </w:p>
    <w:p w14:paraId="4B61F0F3" w14:textId="77777777" w:rsidR="00413300" w:rsidRPr="003E4D7F" w:rsidRDefault="00000000">
      <w:pPr>
        <w:spacing w:before="60" w:after="0" w:line="240" w:lineRule="auto"/>
        <w:ind w:left="283"/>
        <w:rPr>
          <w:rFonts w:ascii="TH SarabunPSK" w:hAnsi="TH SarabunPSK" w:cs="TH SarabunPSK"/>
          <w:sz w:val="32"/>
          <w:szCs w:val="32"/>
        </w:rPr>
      </w:pPr>
      <w:r w:rsidRPr="003E4D7F">
        <w:rPr>
          <w:rFonts w:ascii="TH SarabunPSK" w:hAnsi="TH SarabunPSK" w:cs="TH SarabunPSK" w:hint="cs"/>
          <w:b/>
          <w:bCs/>
          <w:sz w:val="32"/>
          <w:szCs w:val="32"/>
        </w:rPr>
        <w:t>๒) ความเป็นมา</w:t>
      </w:r>
      <w:r w:rsidRPr="003E4D7F">
        <w:rPr>
          <w:rFonts w:ascii="Arial" w:hAnsi="Arial" w:cs="Arial"/>
          <w:b/>
          <w:bCs/>
          <w:sz w:val="32"/>
          <w:szCs w:val="32"/>
        </w:rPr>
        <w:t>​</w:t>
      </w:r>
      <w:r w:rsidRPr="003E4D7F">
        <w:rPr>
          <w:rFonts w:ascii="TH SarabunPSK" w:hAnsi="TH SarabunPSK" w:cs="TH SarabunPSK"/>
          <w:b/>
          <w:bCs/>
          <w:sz w:val="32"/>
          <w:szCs w:val="32"/>
        </w:rPr>
        <w:t>และ</w:t>
      </w:r>
      <w:r w:rsidRPr="003E4D7F">
        <w:rPr>
          <w:rFonts w:ascii="Arial" w:hAnsi="Arial" w:cs="Arial"/>
          <w:b/>
          <w:bCs/>
          <w:sz w:val="32"/>
          <w:szCs w:val="32"/>
        </w:rPr>
        <w:t>​</w:t>
      </w:r>
      <w:r w:rsidRPr="003E4D7F">
        <w:rPr>
          <w:rFonts w:ascii="TH SarabunPSK" w:hAnsi="TH SarabunPSK" w:cs="TH SarabunPSK"/>
          <w:b/>
          <w:bCs/>
          <w:sz w:val="32"/>
          <w:szCs w:val="32"/>
        </w:rPr>
        <w:t>ความสำคัญ</w:t>
      </w:r>
    </w:p>
    <w:p w14:paraId="0765716C" w14:textId="77777777" w:rsidR="00413300" w:rsidRPr="003E4D7F" w:rsidRDefault="00000000">
      <w:pPr>
        <w:spacing w:after="20" w:line="240" w:lineRule="auto"/>
        <w:ind w:left="510"/>
        <w:rPr>
          <w:rFonts w:ascii="TH SarabunPSK" w:hAnsi="TH SarabunPSK" w:cs="TH SarabunPSK"/>
          <w:sz w:val="32"/>
          <w:szCs w:val="32"/>
        </w:rPr>
      </w:pPr>
      <w:r w:rsidRPr="003E4D7F">
        <w:rPr>
          <w:rFonts w:ascii="TH SarabunPSK" w:hAnsi="TH SarabunPSK" w:cs="TH SarabunPSK" w:hint="cs"/>
          <w:sz w:val="32"/>
          <w:szCs w:val="32"/>
        </w:rPr>
        <w:t>(สภาพ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ปัญหา</w:t>
      </w:r>
      <w:r w:rsidRPr="003E4D7F">
        <w:rPr>
          <w:rFonts w:ascii="TH SarabunPSK" w:hAnsi="TH SarabunPSK" w:cs="TH SarabunPSK" w:hint="cs"/>
          <w:sz w:val="32"/>
          <w:szCs w:val="32"/>
        </w:rPr>
        <w:t xml:space="preserve"> </w:t>
      </w:r>
      <w:r w:rsidRPr="003E4D7F">
        <w:rPr>
          <w:rFonts w:ascii="TH SarabunPSK" w:hAnsi="TH SarabunPSK" w:cs="TH SarabunPSK"/>
          <w:sz w:val="32"/>
          <w:szCs w:val="32"/>
        </w:rPr>
        <w:t>ความต้องการ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ของ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ชุมชน</w:t>
      </w:r>
      <w:r w:rsidRPr="003E4D7F">
        <w:rPr>
          <w:rFonts w:ascii="TH SarabunPSK" w:hAnsi="TH SarabunPSK" w:cs="TH SarabunPSK" w:hint="cs"/>
          <w:sz w:val="32"/>
          <w:szCs w:val="32"/>
        </w:rPr>
        <w:t xml:space="preserve"> </w:t>
      </w:r>
      <w:r w:rsidRPr="003E4D7F">
        <w:rPr>
          <w:rFonts w:ascii="TH SarabunPSK" w:hAnsi="TH SarabunPSK" w:cs="TH SarabunPSK"/>
          <w:sz w:val="32"/>
          <w:szCs w:val="32"/>
        </w:rPr>
        <w:t>และ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เหตุผล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ความจำเป็น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ใน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การพัฒนา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นวัตกรรม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นี้</w:t>
      </w:r>
      <w:r w:rsidRPr="003E4D7F">
        <w:rPr>
          <w:rFonts w:ascii="TH SarabunPSK" w:hAnsi="TH SarabunPSK" w:cs="TH SarabunPSK" w:hint="cs"/>
          <w:sz w:val="32"/>
          <w:szCs w:val="32"/>
        </w:rPr>
        <w:t>)</w:t>
      </w:r>
    </w:p>
    <w:p w14:paraId="59BCF93A" w14:textId="77777777" w:rsidR="00413300" w:rsidRPr="003E4D7F" w:rsidRDefault="00000000">
      <w:pPr>
        <w:spacing w:after="20" w:line="240" w:lineRule="auto"/>
        <w:ind w:left="283"/>
        <w:rPr>
          <w:rFonts w:ascii="TH SarabunPSK" w:hAnsi="TH SarabunPSK" w:cs="TH SarabunPSK"/>
          <w:sz w:val="32"/>
          <w:szCs w:val="32"/>
        </w:rPr>
      </w:pPr>
      <w:r w:rsidRPr="003E4D7F">
        <w:rPr>
          <w:rFonts w:ascii="TH SarabunPSK" w:hAnsi="TH SarabunPSK" w:cs="TH SarabunPSK" w:hint="cs"/>
          <w:sz w:val="32"/>
          <w:szCs w:val="32"/>
        </w:rPr>
        <w:t>..............................................................................................................................................................</w:t>
      </w:r>
    </w:p>
    <w:p w14:paraId="41B1FA5D" w14:textId="77777777" w:rsidR="00413300" w:rsidRPr="003E4D7F" w:rsidRDefault="00000000">
      <w:pPr>
        <w:spacing w:after="20" w:line="240" w:lineRule="auto"/>
        <w:ind w:left="283"/>
        <w:rPr>
          <w:rFonts w:ascii="TH SarabunPSK" w:hAnsi="TH SarabunPSK" w:cs="TH SarabunPSK"/>
          <w:sz w:val="32"/>
          <w:szCs w:val="32"/>
        </w:rPr>
      </w:pPr>
      <w:r w:rsidRPr="003E4D7F">
        <w:rPr>
          <w:rFonts w:ascii="TH SarabunPSK" w:hAnsi="TH SarabunPSK" w:cs="TH SarabunPSK" w:hint="cs"/>
          <w:sz w:val="32"/>
          <w:szCs w:val="32"/>
        </w:rPr>
        <w:t>..............................................................................................................................................................</w:t>
      </w:r>
    </w:p>
    <w:p w14:paraId="63DEA8E2" w14:textId="77777777" w:rsidR="00413300" w:rsidRPr="003E4D7F" w:rsidRDefault="00000000">
      <w:pPr>
        <w:spacing w:before="60" w:after="0" w:line="240" w:lineRule="auto"/>
        <w:ind w:left="283"/>
        <w:rPr>
          <w:rFonts w:ascii="TH SarabunPSK" w:hAnsi="TH SarabunPSK" w:cs="TH SarabunPSK"/>
          <w:sz w:val="32"/>
          <w:szCs w:val="32"/>
        </w:rPr>
      </w:pPr>
      <w:r w:rsidRPr="003E4D7F">
        <w:rPr>
          <w:rFonts w:ascii="TH SarabunPSK" w:hAnsi="TH SarabunPSK" w:cs="TH SarabunPSK" w:hint="cs"/>
          <w:b/>
          <w:bCs/>
          <w:sz w:val="32"/>
          <w:szCs w:val="32"/>
        </w:rPr>
        <w:t>๓) วัตถุประสงค์</w:t>
      </w:r>
      <w:r w:rsidRPr="003E4D7F">
        <w:rPr>
          <w:rFonts w:ascii="Arial" w:hAnsi="Arial" w:cs="Arial"/>
          <w:b/>
          <w:bCs/>
          <w:sz w:val="32"/>
          <w:szCs w:val="32"/>
        </w:rPr>
        <w:t>​</w:t>
      </w:r>
      <w:r w:rsidRPr="003E4D7F">
        <w:rPr>
          <w:rFonts w:ascii="TH SarabunPSK" w:hAnsi="TH SarabunPSK" w:cs="TH SarabunPSK"/>
          <w:b/>
          <w:bCs/>
          <w:sz w:val="32"/>
          <w:szCs w:val="32"/>
        </w:rPr>
        <w:t>ของ</w:t>
      </w:r>
      <w:r w:rsidRPr="003E4D7F">
        <w:rPr>
          <w:rFonts w:ascii="Arial" w:hAnsi="Arial" w:cs="Arial"/>
          <w:b/>
          <w:bCs/>
          <w:sz w:val="32"/>
          <w:szCs w:val="32"/>
        </w:rPr>
        <w:t>​</w:t>
      </w:r>
      <w:r w:rsidRPr="003E4D7F">
        <w:rPr>
          <w:rFonts w:ascii="TH SarabunPSK" w:hAnsi="TH SarabunPSK" w:cs="TH SarabunPSK"/>
          <w:b/>
          <w:bCs/>
          <w:sz w:val="32"/>
          <w:szCs w:val="32"/>
        </w:rPr>
        <w:t>โครงการ</w:t>
      </w:r>
      <w:r w:rsidRPr="003E4D7F">
        <w:rPr>
          <w:rFonts w:ascii="Arial" w:hAnsi="Arial" w:cs="Arial"/>
          <w:b/>
          <w:bCs/>
          <w:sz w:val="32"/>
          <w:szCs w:val="32"/>
        </w:rPr>
        <w:t>​</w:t>
      </w:r>
      <w:r w:rsidRPr="003E4D7F">
        <w:rPr>
          <w:rFonts w:ascii="TH SarabunPSK" w:hAnsi="TH SarabunPSK" w:cs="TH SarabunPSK"/>
          <w:b/>
          <w:bCs/>
          <w:sz w:val="32"/>
          <w:szCs w:val="32"/>
        </w:rPr>
        <w:t>และ</w:t>
      </w:r>
      <w:r w:rsidRPr="003E4D7F">
        <w:rPr>
          <w:rFonts w:ascii="Arial" w:hAnsi="Arial" w:cs="Arial"/>
          <w:b/>
          <w:bCs/>
          <w:sz w:val="32"/>
          <w:szCs w:val="32"/>
        </w:rPr>
        <w:t>​</w:t>
      </w:r>
      <w:r w:rsidRPr="003E4D7F">
        <w:rPr>
          <w:rFonts w:ascii="TH SarabunPSK" w:hAnsi="TH SarabunPSK" w:cs="TH SarabunPSK"/>
          <w:b/>
          <w:bCs/>
          <w:sz w:val="32"/>
          <w:szCs w:val="32"/>
        </w:rPr>
        <w:t>ตัว</w:t>
      </w:r>
      <w:r w:rsidRPr="003E4D7F">
        <w:rPr>
          <w:rFonts w:ascii="Arial" w:hAnsi="Arial" w:cs="Arial"/>
          <w:b/>
          <w:bCs/>
          <w:sz w:val="32"/>
          <w:szCs w:val="32"/>
        </w:rPr>
        <w:t>​</w:t>
      </w:r>
      <w:r w:rsidRPr="003E4D7F">
        <w:rPr>
          <w:rFonts w:ascii="TH SarabunPSK" w:hAnsi="TH SarabunPSK" w:cs="TH SarabunPSK"/>
          <w:b/>
          <w:bCs/>
          <w:sz w:val="32"/>
          <w:szCs w:val="32"/>
        </w:rPr>
        <w:t>ชี้</w:t>
      </w:r>
      <w:r w:rsidRPr="003E4D7F">
        <w:rPr>
          <w:rFonts w:ascii="Arial" w:hAnsi="Arial" w:cs="Arial"/>
          <w:b/>
          <w:bCs/>
          <w:sz w:val="32"/>
          <w:szCs w:val="32"/>
        </w:rPr>
        <w:t>​</w:t>
      </w:r>
      <w:r w:rsidRPr="003E4D7F">
        <w:rPr>
          <w:rFonts w:ascii="TH SarabunPSK" w:hAnsi="TH SarabunPSK" w:cs="TH SarabunPSK"/>
          <w:b/>
          <w:bCs/>
          <w:sz w:val="32"/>
          <w:szCs w:val="32"/>
        </w:rPr>
        <w:t>วัด</w:t>
      </w:r>
    </w:p>
    <w:p w14:paraId="7001E3E7" w14:textId="77777777" w:rsidR="00413300" w:rsidRPr="003E4D7F" w:rsidRDefault="00000000">
      <w:pPr>
        <w:spacing w:after="20" w:line="240" w:lineRule="auto"/>
        <w:ind w:left="510"/>
        <w:rPr>
          <w:rFonts w:ascii="TH SarabunPSK" w:hAnsi="TH SarabunPSK" w:cs="TH SarabunPSK"/>
          <w:sz w:val="32"/>
          <w:szCs w:val="32"/>
        </w:rPr>
      </w:pPr>
      <w:r w:rsidRPr="003E4D7F">
        <w:rPr>
          <w:rFonts w:ascii="TH SarabunPSK" w:hAnsi="TH SarabunPSK" w:cs="TH SarabunPSK" w:hint="cs"/>
          <w:sz w:val="32"/>
          <w:szCs w:val="32"/>
        </w:rPr>
        <w:t>(เป้าหมาย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ที่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ต้องการ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บรรลุ</w:t>
      </w:r>
      <w:r w:rsidRPr="003E4D7F">
        <w:rPr>
          <w:rFonts w:ascii="TH SarabunPSK" w:hAnsi="TH SarabunPSK" w:cs="TH SarabunPSK" w:hint="cs"/>
          <w:sz w:val="32"/>
          <w:szCs w:val="32"/>
        </w:rPr>
        <w:t xml:space="preserve"> </w:t>
      </w:r>
      <w:r w:rsidRPr="003E4D7F">
        <w:rPr>
          <w:rFonts w:ascii="TH SarabunPSK" w:hAnsi="TH SarabunPSK" w:cs="TH SarabunPSK"/>
          <w:sz w:val="32"/>
          <w:szCs w:val="32"/>
        </w:rPr>
        <w:t>และ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ตัว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ชี้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วัด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ความสำเร็จ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ที่วัด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ผลได้</w:t>
      </w:r>
      <w:r w:rsidRPr="003E4D7F">
        <w:rPr>
          <w:rFonts w:ascii="TH SarabunPSK" w:hAnsi="TH SarabunPSK" w:cs="TH SarabunPSK" w:hint="cs"/>
          <w:sz w:val="32"/>
          <w:szCs w:val="32"/>
        </w:rPr>
        <w:t>)</w:t>
      </w:r>
    </w:p>
    <w:p w14:paraId="13911426" w14:textId="77777777" w:rsidR="00413300" w:rsidRPr="003E4D7F" w:rsidRDefault="00000000">
      <w:pPr>
        <w:spacing w:after="20" w:line="240" w:lineRule="auto"/>
        <w:ind w:left="283"/>
        <w:rPr>
          <w:rFonts w:ascii="TH SarabunPSK" w:hAnsi="TH SarabunPSK" w:cs="TH SarabunPSK"/>
          <w:sz w:val="32"/>
          <w:szCs w:val="32"/>
        </w:rPr>
      </w:pPr>
      <w:r w:rsidRPr="003E4D7F">
        <w:rPr>
          <w:rFonts w:ascii="TH SarabunPSK" w:hAnsi="TH SarabunPSK" w:cs="TH SarabunPSK" w:hint="cs"/>
          <w:sz w:val="32"/>
          <w:szCs w:val="32"/>
        </w:rPr>
        <w:t>..............................................................................................................................................................</w:t>
      </w:r>
    </w:p>
    <w:p w14:paraId="3FBEB9C4" w14:textId="77777777" w:rsidR="00413300" w:rsidRPr="003E4D7F" w:rsidRDefault="00000000">
      <w:pPr>
        <w:spacing w:after="20" w:line="240" w:lineRule="auto"/>
        <w:ind w:left="283"/>
        <w:rPr>
          <w:rFonts w:ascii="TH SarabunPSK" w:hAnsi="TH SarabunPSK" w:cs="TH SarabunPSK"/>
          <w:sz w:val="32"/>
          <w:szCs w:val="32"/>
        </w:rPr>
      </w:pPr>
      <w:r w:rsidRPr="003E4D7F">
        <w:rPr>
          <w:rFonts w:ascii="TH SarabunPSK" w:hAnsi="TH SarabunPSK" w:cs="TH SarabunPSK" w:hint="cs"/>
          <w:sz w:val="32"/>
          <w:szCs w:val="32"/>
        </w:rPr>
        <w:t>..............................................................................................................................................................</w:t>
      </w:r>
    </w:p>
    <w:p w14:paraId="12E96461" w14:textId="77777777" w:rsidR="00413300" w:rsidRPr="003E4D7F" w:rsidRDefault="00000000">
      <w:pPr>
        <w:spacing w:before="60" w:after="0" w:line="240" w:lineRule="auto"/>
        <w:ind w:left="283"/>
        <w:rPr>
          <w:rFonts w:ascii="TH SarabunPSK" w:hAnsi="TH SarabunPSK" w:cs="TH SarabunPSK"/>
          <w:sz w:val="32"/>
          <w:szCs w:val="32"/>
        </w:rPr>
      </w:pPr>
      <w:r w:rsidRPr="003E4D7F">
        <w:rPr>
          <w:rFonts w:ascii="TH SarabunPSK" w:hAnsi="TH SarabunPSK" w:cs="TH SarabunPSK" w:hint="cs"/>
          <w:b/>
          <w:bCs/>
          <w:sz w:val="32"/>
          <w:szCs w:val="32"/>
        </w:rPr>
        <w:t>๔) ขั้นตอน</w:t>
      </w:r>
      <w:r w:rsidRPr="003E4D7F">
        <w:rPr>
          <w:rFonts w:ascii="Arial" w:hAnsi="Arial" w:cs="Arial"/>
          <w:b/>
          <w:bCs/>
          <w:sz w:val="32"/>
          <w:szCs w:val="32"/>
        </w:rPr>
        <w:t>​</w:t>
      </w:r>
      <w:r w:rsidRPr="003E4D7F">
        <w:rPr>
          <w:rFonts w:ascii="TH SarabunPSK" w:hAnsi="TH SarabunPSK" w:cs="TH SarabunPSK"/>
          <w:b/>
          <w:bCs/>
          <w:sz w:val="32"/>
          <w:szCs w:val="32"/>
        </w:rPr>
        <w:t>หรือ</w:t>
      </w:r>
      <w:r w:rsidRPr="003E4D7F">
        <w:rPr>
          <w:rFonts w:ascii="Arial" w:hAnsi="Arial" w:cs="Arial"/>
          <w:b/>
          <w:bCs/>
          <w:sz w:val="32"/>
          <w:szCs w:val="32"/>
        </w:rPr>
        <w:t>​</w:t>
      </w:r>
      <w:r w:rsidRPr="003E4D7F">
        <w:rPr>
          <w:rFonts w:ascii="TH SarabunPSK" w:hAnsi="TH SarabunPSK" w:cs="TH SarabunPSK"/>
          <w:b/>
          <w:bCs/>
          <w:sz w:val="32"/>
          <w:szCs w:val="32"/>
        </w:rPr>
        <w:t>วิธีการ</w:t>
      </w:r>
      <w:r w:rsidRPr="003E4D7F">
        <w:rPr>
          <w:rFonts w:ascii="Arial" w:hAnsi="Arial" w:cs="Arial"/>
          <w:b/>
          <w:bCs/>
          <w:sz w:val="32"/>
          <w:szCs w:val="32"/>
        </w:rPr>
        <w:t>​</w:t>
      </w:r>
      <w:r w:rsidRPr="003E4D7F">
        <w:rPr>
          <w:rFonts w:ascii="TH SarabunPSK" w:hAnsi="TH SarabunPSK" w:cs="TH SarabunPSK"/>
          <w:b/>
          <w:bCs/>
          <w:sz w:val="32"/>
          <w:szCs w:val="32"/>
        </w:rPr>
        <w:t>ดำเนินการ</w:t>
      </w:r>
    </w:p>
    <w:p w14:paraId="1EBC9E5A" w14:textId="77777777" w:rsidR="00413300" w:rsidRPr="003E4D7F" w:rsidRDefault="00000000">
      <w:pPr>
        <w:spacing w:after="20" w:line="240" w:lineRule="auto"/>
        <w:ind w:left="510"/>
        <w:rPr>
          <w:rFonts w:ascii="TH SarabunPSK" w:hAnsi="TH SarabunPSK" w:cs="TH SarabunPSK"/>
          <w:sz w:val="32"/>
          <w:szCs w:val="32"/>
        </w:rPr>
      </w:pPr>
      <w:r w:rsidRPr="003E4D7F">
        <w:rPr>
          <w:rFonts w:ascii="TH SarabunPSK" w:hAnsi="TH SarabunPSK" w:cs="TH SarabunPSK" w:hint="cs"/>
          <w:sz w:val="32"/>
          <w:szCs w:val="32"/>
        </w:rPr>
        <w:t>(กระบวนการ/วิธี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การพัฒนา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นวัตกรรม</w:t>
      </w:r>
      <w:r w:rsidRPr="003E4D7F">
        <w:rPr>
          <w:rFonts w:ascii="TH SarabunPSK" w:hAnsi="TH SarabunPSK" w:cs="TH SarabunPSK" w:hint="cs"/>
          <w:sz w:val="32"/>
          <w:szCs w:val="32"/>
        </w:rPr>
        <w:t xml:space="preserve"> </w:t>
      </w:r>
      <w:r w:rsidRPr="003E4D7F">
        <w:rPr>
          <w:rFonts w:ascii="TH SarabunPSK" w:hAnsi="TH SarabunPSK" w:cs="TH SarabunPSK"/>
          <w:sz w:val="32"/>
          <w:szCs w:val="32"/>
        </w:rPr>
        <w:t>ตั้ง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แต่ต้น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จน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เกิดผล</w:t>
      </w:r>
      <w:r w:rsidRPr="003E4D7F">
        <w:rPr>
          <w:rFonts w:ascii="TH SarabunPSK" w:hAnsi="TH SarabunPSK" w:cs="TH SarabunPSK" w:hint="cs"/>
          <w:sz w:val="32"/>
          <w:szCs w:val="32"/>
        </w:rPr>
        <w:t>)</w:t>
      </w:r>
    </w:p>
    <w:p w14:paraId="4513B69D" w14:textId="77777777" w:rsidR="00413300" w:rsidRPr="003E4D7F" w:rsidRDefault="00000000">
      <w:pPr>
        <w:spacing w:after="20" w:line="240" w:lineRule="auto"/>
        <w:ind w:left="283"/>
        <w:rPr>
          <w:rFonts w:ascii="TH SarabunPSK" w:hAnsi="TH SarabunPSK" w:cs="TH SarabunPSK"/>
          <w:sz w:val="32"/>
          <w:szCs w:val="32"/>
        </w:rPr>
      </w:pPr>
      <w:r w:rsidRPr="003E4D7F">
        <w:rPr>
          <w:rFonts w:ascii="TH SarabunPSK" w:hAnsi="TH SarabunPSK" w:cs="TH SarabunPSK" w:hint="cs"/>
          <w:sz w:val="32"/>
          <w:szCs w:val="32"/>
        </w:rPr>
        <w:t>..............................................................................................................................................................</w:t>
      </w:r>
    </w:p>
    <w:p w14:paraId="20518FA9" w14:textId="77777777" w:rsidR="00413300" w:rsidRPr="003E4D7F" w:rsidRDefault="00000000">
      <w:pPr>
        <w:spacing w:after="20" w:line="240" w:lineRule="auto"/>
        <w:ind w:left="283"/>
        <w:rPr>
          <w:rFonts w:ascii="TH SarabunPSK" w:hAnsi="TH SarabunPSK" w:cs="TH SarabunPSK"/>
          <w:sz w:val="32"/>
          <w:szCs w:val="32"/>
        </w:rPr>
      </w:pPr>
      <w:r w:rsidRPr="003E4D7F">
        <w:rPr>
          <w:rFonts w:ascii="TH SarabunPSK" w:hAnsi="TH SarabunPSK" w:cs="TH SarabunPSK" w:hint="cs"/>
          <w:sz w:val="32"/>
          <w:szCs w:val="32"/>
        </w:rPr>
        <w:t>..............................................................................................................................................................</w:t>
      </w:r>
    </w:p>
    <w:p w14:paraId="74010C13" w14:textId="77777777" w:rsidR="00413300" w:rsidRPr="003E4D7F" w:rsidRDefault="00000000">
      <w:pPr>
        <w:spacing w:before="60" w:after="0" w:line="240" w:lineRule="auto"/>
        <w:ind w:left="283"/>
        <w:rPr>
          <w:rFonts w:ascii="TH SarabunPSK" w:hAnsi="TH SarabunPSK" w:cs="TH SarabunPSK"/>
          <w:sz w:val="32"/>
          <w:szCs w:val="32"/>
        </w:rPr>
      </w:pPr>
      <w:r w:rsidRPr="003E4D7F">
        <w:rPr>
          <w:rFonts w:ascii="TH SarabunPSK" w:hAnsi="TH SarabunPSK" w:cs="TH SarabunPSK" w:hint="cs"/>
          <w:b/>
          <w:bCs/>
          <w:sz w:val="32"/>
          <w:szCs w:val="32"/>
        </w:rPr>
        <w:t>๕) การ</w:t>
      </w:r>
      <w:r w:rsidRPr="003E4D7F">
        <w:rPr>
          <w:rFonts w:ascii="Arial" w:hAnsi="Arial" w:cs="Arial"/>
          <w:b/>
          <w:bCs/>
          <w:sz w:val="32"/>
          <w:szCs w:val="32"/>
        </w:rPr>
        <w:t>​</w:t>
      </w:r>
      <w:r w:rsidRPr="003E4D7F">
        <w:rPr>
          <w:rFonts w:ascii="TH SarabunPSK" w:hAnsi="TH SarabunPSK" w:cs="TH SarabunPSK"/>
          <w:b/>
          <w:bCs/>
          <w:sz w:val="32"/>
          <w:szCs w:val="32"/>
        </w:rPr>
        <w:t>มีส่วนร่วม</w:t>
      </w:r>
      <w:r w:rsidRPr="003E4D7F">
        <w:rPr>
          <w:rFonts w:ascii="Arial" w:hAnsi="Arial" w:cs="Arial"/>
          <w:b/>
          <w:bCs/>
          <w:sz w:val="32"/>
          <w:szCs w:val="32"/>
        </w:rPr>
        <w:t>​</w:t>
      </w:r>
      <w:r w:rsidRPr="003E4D7F">
        <w:rPr>
          <w:rFonts w:ascii="TH SarabunPSK" w:hAnsi="TH SarabunPSK" w:cs="TH SarabunPSK"/>
          <w:b/>
          <w:bCs/>
          <w:sz w:val="32"/>
          <w:szCs w:val="32"/>
        </w:rPr>
        <w:t>ของ</w:t>
      </w:r>
      <w:r w:rsidRPr="003E4D7F">
        <w:rPr>
          <w:rFonts w:ascii="Arial" w:hAnsi="Arial" w:cs="Arial"/>
          <w:b/>
          <w:bCs/>
          <w:sz w:val="32"/>
          <w:szCs w:val="32"/>
        </w:rPr>
        <w:t>​</w:t>
      </w:r>
      <w:r w:rsidRPr="003E4D7F">
        <w:rPr>
          <w:rFonts w:ascii="TH SarabunPSK" w:hAnsi="TH SarabunPSK" w:cs="TH SarabunPSK"/>
          <w:b/>
          <w:bCs/>
          <w:sz w:val="32"/>
          <w:szCs w:val="32"/>
        </w:rPr>
        <w:t>ภาคี</w:t>
      </w:r>
      <w:r w:rsidRPr="003E4D7F">
        <w:rPr>
          <w:rFonts w:ascii="Arial" w:hAnsi="Arial" w:cs="Arial"/>
          <w:b/>
          <w:bCs/>
          <w:sz w:val="32"/>
          <w:szCs w:val="32"/>
        </w:rPr>
        <w:t>​</w:t>
      </w:r>
      <w:r w:rsidRPr="003E4D7F">
        <w:rPr>
          <w:rFonts w:ascii="TH SarabunPSK" w:hAnsi="TH SarabunPSK" w:cs="TH SarabunPSK"/>
          <w:b/>
          <w:bCs/>
          <w:sz w:val="32"/>
          <w:szCs w:val="32"/>
        </w:rPr>
        <w:t>เครือข่าย</w:t>
      </w:r>
      <w:r w:rsidRPr="003E4D7F">
        <w:rPr>
          <w:rFonts w:ascii="Arial" w:hAnsi="Arial" w:cs="Arial"/>
          <w:b/>
          <w:bCs/>
          <w:sz w:val="32"/>
          <w:szCs w:val="32"/>
        </w:rPr>
        <w:t>​</w:t>
      </w:r>
      <w:r w:rsidRPr="003E4D7F">
        <w:rPr>
          <w:rFonts w:ascii="TH SarabunPSK" w:hAnsi="TH SarabunPSK" w:cs="TH SarabunPSK"/>
          <w:b/>
          <w:bCs/>
          <w:sz w:val="32"/>
          <w:szCs w:val="32"/>
        </w:rPr>
        <w:t>ความร่วมมือ</w:t>
      </w:r>
    </w:p>
    <w:p w14:paraId="67393241" w14:textId="77777777" w:rsidR="00413300" w:rsidRPr="003E4D7F" w:rsidRDefault="00000000">
      <w:pPr>
        <w:spacing w:after="20" w:line="240" w:lineRule="auto"/>
        <w:ind w:left="510"/>
        <w:rPr>
          <w:rFonts w:ascii="TH SarabunPSK" w:hAnsi="TH SarabunPSK" w:cs="TH SarabunPSK"/>
          <w:sz w:val="32"/>
          <w:szCs w:val="32"/>
        </w:rPr>
      </w:pPr>
      <w:r w:rsidRPr="003E4D7F">
        <w:rPr>
          <w:rFonts w:ascii="TH SarabunPSK" w:hAnsi="TH SarabunPSK" w:cs="TH SarabunPSK" w:hint="cs"/>
          <w:sz w:val="32"/>
          <w:szCs w:val="32"/>
        </w:rPr>
        <w:t>(หน่วยงาน/ภาคี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ที่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ร่วม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ดำเนินงาน</w:t>
      </w:r>
      <w:r w:rsidRPr="003E4D7F">
        <w:rPr>
          <w:rFonts w:ascii="TH SarabunPSK" w:hAnsi="TH SarabunPSK" w:cs="TH SarabunPSK" w:hint="cs"/>
          <w:sz w:val="32"/>
          <w:szCs w:val="32"/>
        </w:rPr>
        <w:t xml:space="preserve"> </w:t>
      </w:r>
      <w:r w:rsidRPr="003E4D7F">
        <w:rPr>
          <w:rFonts w:ascii="TH SarabunPSK" w:hAnsi="TH SarabunPSK" w:cs="TH SarabunPSK"/>
          <w:sz w:val="32"/>
          <w:szCs w:val="32"/>
        </w:rPr>
        <w:t>พื้นที่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และ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ขอบข่าย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ผู้รับ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บริการ</w:t>
      </w:r>
      <w:r w:rsidRPr="003E4D7F">
        <w:rPr>
          <w:rFonts w:ascii="TH SarabunPSK" w:hAnsi="TH SarabunPSK" w:cs="TH SarabunPSK" w:hint="cs"/>
          <w:sz w:val="32"/>
          <w:szCs w:val="32"/>
        </w:rPr>
        <w:t xml:space="preserve"> </w:t>
      </w:r>
      <w:r w:rsidRPr="003E4D7F">
        <w:rPr>
          <w:rFonts w:ascii="TH SarabunPSK" w:hAnsi="TH SarabunPSK" w:cs="TH SarabunPSK"/>
          <w:sz w:val="32"/>
          <w:szCs w:val="32"/>
        </w:rPr>
        <w:t>และ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ความยั่งยืน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ของ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โครงการ</w:t>
      </w:r>
      <w:r w:rsidRPr="003E4D7F">
        <w:rPr>
          <w:rFonts w:ascii="TH SarabunPSK" w:hAnsi="TH SarabunPSK" w:cs="TH SarabunPSK" w:hint="cs"/>
          <w:sz w:val="32"/>
          <w:szCs w:val="32"/>
        </w:rPr>
        <w:t>)</w:t>
      </w:r>
    </w:p>
    <w:p w14:paraId="1849E379" w14:textId="77777777" w:rsidR="00413300" w:rsidRPr="003E4D7F" w:rsidRDefault="00000000">
      <w:pPr>
        <w:spacing w:after="20" w:line="240" w:lineRule="auto"/>
        <w:ind w:left="283"/>
        <w:rPr>
          <w:rFonts w:ascii="TH SarabunPSK" w:hAnsi="TH SarabunPSK" w:cs="TH SarabunPSK"/>
          <w:sz w:val="32"/>
          <w:szCs w:val="32"/>
        </w:rPr>
      </w:pPr>
      <w:r w:rsidRPr="003E4D7F">
        <w:rPr>
          <w:rFonts w:ascii="TH SarabunPSK" w:hAnsi="TH SarabunPSK" w:cs="TH SarabunPSK" w:hint="cs"/>
          <w:sz w:val="32"/>
          <w:szCs w:val="32"/>
        </w:rPr>
        <w:t>..............................................................................................................................................................</w:t>
      </w:r>
    </w:p>
    <w:p w14:paraId="65A85619" w14:textId="77777777" w:rsidR="00413300" w:rsidRPr="003E4D7F" w:rsidRDefault="00000000">
      <w:pPr>
        <w:spacing w:after="20" w:line="240" w:lineRule="auto"/>
        <w:ind w:left="283"/>
        <w:rPr>
          <w:rFonts w:ascii="TH SarabunPSK" w:hAnsi="TH SarabunPSK" w:cs="TH SarabunPSK"/>
          <w:sz w:val="32"/>
          <w:szCs w:val="32"/>
        </w:rPr>
      </w:pPr>
      <w:r w:rsidRPr="003E4D7F">
        <w:rPr>
          <w:rFonts w:ascii="TH SarabunPSK" w:hAnsi="TH SarabunPSK" w:cs="TH SarabunPSK" w:hint="cs"/>
          <w:sz w:val="32"/>
          <w:szCs w:val="32"/>
        </w:rPr>
        <w:t>..............................................................................................................................................................</w:t>
      </w:r>
    </w:p>
    <w:p w14:paraId="05FBDF51" w14:textId="77777777" w:rsidR="00413300" w:rsidRPr="003E4D7F" w:rsidRDefault="00000000">
      <w:pPr>
        <w:spacing w:before="60" w:after="0" w:line="240" w:lineRule="auto"/>
        <w:ind w:left="283"/>
        <w:rPr>
          <w:rFonts w:ascii="TH SarabunPSK" w:hAnsi="TH SarabunPSK" w:cs="TH SarabunPSK"/>
          <w:sz w:val="32"/>
          <w:szCs w:val="32"/>
        </w:rPr>
      </w:pPr>
      <w:r w:rsidRPr="003E4D7F">
        <w:rPr>
          <w:rFonts w:ascii="TH SarabunPSK" w:hAnsi="TH SarabunPSK" w:cs="TH SarabunPSK" w:hint="cs"/>
          <w:b/>
          <w:bCs/>
          <w:sz w:val="32"/>
          <w:szCs w:val="32"/>
        </w:rPr>
        <w:t>๖) ผลลัพธ์</w:t>
      </w:r>
      <w:r w:rsidRPr="003E4D7F">
        <w:rPr>
          <w:rFonts w:ascii="Arial" w:hAnsi="Arial" w:cs="Arial"/>
          <w:b/>
          <w:bCs/>
          <w:sz w:val="32"/>
          <w:szCs w:val="32"/>
        </w:rPr>
        <w:t>​</w:t>
      </w:r>
      <w:r w:rsidRPr="003E4D7F">
        <w:rPr>
          <w:rFonts w:ascii="TH SarabunPSK" w:hAnsi="TH SarabunPSK" w:cs="TH SarabunPSK"/>
          <w:b/>
          <w:bCs/>
          <w:sz w:val="32"/>
          <w:szCs w:val="32"/>
        </w:rPr>
        <w:t>และ</w:t>
      </w:r>
      <w:r w:rsidRPr="003E4D7F">
        <w:rPr>
          <w:rFonts w:ascii="Arial" w:hAnsi="Arial" w:cs="Arial"/>
          <w:b/>
          <w:bCs/>
          <w:sz w:val="32"/>
          <w:szCs w:val="32"/>
        </w:rPr>
        <w:t>​</w:t>
      </w:r>
      <w:r w:rsidRPr="003E4D7F">
        <w:rPr>
          <w:rFonts w:ascii="TH SarabunPSK" w:hAnsi="TH SarabunPSK" w:cs="TH SarabunPSK"/>
          <w:b/>
          <w:bCs/>
          <w:sz w:val="32"/>
          <w:szCs w:val="32"/>
        </w:rPr>
        <w:t>ผลสัมฤทธิ์</w:t>
      </w:r>
      <w:r w:rsidRPr="003E4D7F">
        <w:rPr>
          <w:rFonts w:ascii="Arial" w:hAnsi="Arial" w:cs="Arial"/>
          <w:b/>
          <w:bCs/>
          <w:sz w:val="32"/>
          <w:szCs w:val="32"/>
        </w:rPr>
        <w:t>​</w:t>
      </w:r>
      <w:r w:rsidRPr="003E4D7F">
        <w:rPr>
          <w:rFonts w:ascii="TH SarabunPSK" w:hAnsi="TH SarabunPSK" w:cs="TH SarabunPSK"/>
          <w:b/>
          <w:bCs/>
          <w:sz w:val="32"/>
          <w:szCs w:val="32"/>
        </w:rPr>
        <w:t>อย่าง</w:t>
      </w:r>
      <w:r w:rsidRPr="003E4D7F">
        <w:rPr>
          <w:rFonts w:ascii="Arial" w:hAnsi="Arial" w:cs="Arial"/>
          <w:b/>
          <w:bCs/>
          <w:sz w:val="32"/>
          <w:szCs w:val="32"/>
        </w:rPr>
        <w:t>​</w:t>
      </w:r>
      <w:r w:rsidRPr="003E4D7F">
        <w:rPr>
          <w:rFonts w:ascii="TH SarabunPSK" w:hAnsi="TH SarabunPSK" w:cs="TH SarabunPSK"/>
          <w:b/>
          <w:bCs/>
          <w:sz w:val="32"/>
          <w:szCs w:val="32"/>
        </w:rPr>
        <w:t>เป็น</w:t>
      </w:r>
      <w:r w:rsidRPr="003E4D7F">
        <w:rPr>
          <w:rFonts w:ascii="Arial" w:hAnsi="Arial" w:cs="Arial"/>
          <w:b/>
          <w:bCs/>
          <w:sz w:val="32"/>
          <w:szCs w:val="32"/>
        </w:rPr>
        <w:t>​</w:t>
      </w:r>
      <w:r w:rsidRPr="003E4D7F">
        <w:rPr>
          <w:rFonts w:ascii="TH SarabunPSK" w:hAnsi="TH SarabunPSK" w:cs="TH SarabunPSK"/>
          <w:b/>
          <w:bCs/>
          <w:sz w:val="32"/>
          <w:szCs w:val="32"/>
        </w:rPr>
        <w:t>รูปธรรม</w:t>
      </w:r>
    </w:p>
    <w:p w14:paraId="2AB2DEEC" w14:textId="77777777" w:rsidR="00413300" w:rsidRPr="003E4D7F" w:rsidRDefault="00000000">
      <w:pPr>
        <w:spacing w:after="20" w:line="240" w:lineRule="auto"/>
        <w:ind w:left="510"/>
        <w:rPr>
          <w:rFonts w:ascii="TH SarabunPSK" w:hAnsi="TH SarabunPSK" w:cs="TH SarabunPSK"/>
          <w:sz w:val="32"/>
          <w:szCs w:val="32"/>
        </w:rPr>
      </w:pPr>
      <w:r w:rsidRPr="003E4D7F">
        <w:rPr>
          <w:rFonts w:ascii="TH SarabunPSK" w:hAnsi="TH SarabunPSK" w:cs="TH SarabunPSK" w:hint="cs"/>
          <w:sz w:val="32"/>
          <w:szCs w:val="32"/>
        </w:rPr>
        <w:t>(ผล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ที่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เกิดขึ้น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จริง</w:t>
      </w:r>
      <w:r w:rsidRPr="003E4D7F">
        <w:rPr>
          <w:rFonts w:ascii="TH SarabunPSK" w:hAnsi="TH SarabunPSK" w:cs="TH SarabunPSK" w:hint="cs"/>
          <w:sz w:val="32"/>
          <w:szCs w:val="32"/>
        </w:rPr>
        <w:t xml:space="preserve"> </w:t>
      </w:r>
      <w:r w:rsidRPr="003E4D7F">
        <w:rPr>
          <w:rFonts w:ascii="TH SarabunPSK" w:hAnsi="TH SarabunPSK" w:cs="TH SarabunPSK"/>
          <w:sz w:val="32"/>
          <w:szCs w:val="32"/>
        </w:rPr>
        <w:t>เช่น</w:t>
      </w:r>
      <w:r w:rsidRPr="003E4D7F">
        <w:rPr>
          <w:rFonts w:ascii="TH SarabunPSK" w:hAnsi="TH SarabunPSK" w:cs="TH SarabunPSK" w:hint="cs"/>
          <w:sz w:val="32"/>
          <w:szCs w:val="32"/>
        </w:rPr>
        <w:t xml:space="preserve"> </w:t>
      </w:r>
      <w:r w:rsidRPr="003E4D7F">
        <w:rPr>
          <w:rFonts w:ascii="TH SarabunPSK" w:hAnsi="TH SarabunPSK" w:cs="TH SarabunPSK"/>
          <w:sz w:val="32"/>
          <w:szCs w:val="32"/>
        </w:rPr>
        <w:t>ลดค่าใช้จ่าย</w:t>
      </w:r>
      <w:r w:rsidRPr="003E4D7F">
        <w:rPr>
          <w:rFonts w:ascii="TH SarabunPSK" w:hAnsi="TH SarabunPSK" w:cs="TH SarabunPSK" w:hint="cs"/>
          <w:sz w:val="32"/>
          <w:szCs w:val="32"/>
        </w:rPr>
        <w:t>/</w:t>
      </w:r>
      <w:r w:rsidRPr="003E4D7F">
        <w:rPr>
          <w:rFonts w:ascii="TH SarabunPSK" w:hAnsi="TH SarabunPSK" w:cs="TH SarabunPSK"/>
          <w:sz w:val="32"/>
          <w:szCs w:val="32"/>
        </w:rPr>
        <w:t>สร้าง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รายได้</w:t>
      </w:r>
      <w:r w:rsidRPr="003E4D7F">
        <w:rPr>
          <w:rFonts w:ascii="TH SarabunPSK" w:hAnsi="TH SarabunPSK" w:cs="TH SarabunPSK" w:hint="cs"/>
          <w:sz w:val="32"/>
          <w:szCs w:val="32"/>
        </w:rPr>
        <w:t>/</w:t>
      </w:r>
      <w:r w:rsidRPr="003E4D7F">
        <w:rPr>
          <w:rFonts w:ascii="TH SarabunPSK" w:hAnsi="TH SarabunPSK" w:cs="TH SarabunPSK"/>
          <w:sz w:val="32"/>
          <w:szCs w:val="32"/>
        </w:rPr>
        <w:t>ลด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ปัญหาสังคม</w:t>
      </w:r>
      <w:r w:rsidRPr="003E4D7F">
        <w:rPr>
          <w:rFonts w:ascii="TH SarabunPSK" w:hAnsi="TH SarabunPSK" w:cs="TH SarabunPSK" w:hint="cs"/>
          <w:sz w:val="32"/>
          <w:szCs w:val="32"/>
        </w:rPr>
        <w:t xml:space="preserve"> </w:t>
      </w:r>
      <w:r w:rsidRPr="003E4D7F">
        <w:rPr>
          <w:rFonts w:ascii="TH SarabunPSK" w:hAnsi="TH SarabunPSK" w:cs="TH SarabunPSK"/>
          <w:sz w:val="32"/>
          <w:szCs w:val="32"/>
        </w:rPr>
        <w:t>พร้อม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ข้อมูล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เชิงประจักษ์</w:t>
      </w:r>
      <w:r w:rsidRPr="003E4D7F">
        <w:rPr>
          <w:rFonts w:ascii="TH SarabunPSK" w:hAnsi="TH SarabunPSK" w:cs="TH SarabunPSK" w:hint="cs"/>
          <w:sz w:val="32"/>
          <w:szCs w:val="32"/>
        </w:rPr>
        <w:t>)</w:t>
      </w:r>
    </w:p>
    <w:p w14:paraId="2B1EDBED" w14:textId="77777777" w:rsidR="00413300" w:rsidRPr="003E4D7F" w:rsidRDefault="00000000">
      <w:pPr>
        <w:spacing w:after="20" w:line="240" w:lineRule="auto"/>
        <w:ind w:left="283"/>
        <w:rPr>
          <w:rFonts w:ascii="TH SarabunPSK" w:hAnsi="TH SarabunPSK" w:cs="TH SarabunPSK"/>
          <w:sz w:val="32"/>
          <w:szCs w:val="32"/>
        </w:rPr>
      </w:pPr>
      <w:r w:rsidRPr="003E4D7F">
        <w:rPr>
          <w:rFonts w:ascii="TH SarabunPSK" w:hAnsi="TH SarabunPSK" w:cs="TH SarabunPSK" w:hint="cs"/>
          <w:sz w:val="32"/>
          <w:szCs w:val="32"/>
        </w:rPr>
        <w:t>..............................................................................................................................................................</w:t>
      </w:r>
    </w:p>
    <w:p w14:paraId="59E7E4EB" w14:textId="77777777" w:rsidR="00413300" w:rsidRPr="003E4D7F" w:rsidRDefault="00000000">
      <w:pPr>
        <w:spacing w:after="20" w:line="240" w:lineRule="auto"/>
        <w:ind w:left="283"/>
        <w:rPr>
          <w:rFonts w:ascii="TH SarabunPSK" w:hAnsi="TH SarabunPSK" w:cs="TH SarabunPSK"/>
          <w:sz w:val="32"/>
          <w:szCs w:val="32"/>
        </w:rPr>
      </w:pPr>
      <w:r w:rsidRPr="003E4D7F">
        <w:rPr>
          <w:rFonts w:ascii="TH SarabunPSK" w:hAnsi="TH SarabunPSK" w:cs="TH SarabunPSK" w:hint="cs"/>
          <w:sz w:val="32"/>
          <w:szCs w:val="32"/>
        </w:rPr>
        <w:t>..............................................................................................................................................................</w:t>
      </w:r>
    </w:p>
    <w:p w14:paraId="3045F2B3" w14:textId="77777777" w:rsidR="00413300" w:rsidRPr="003E4D7F" w:rsidRDefault="00000000">
      <w:pPr>
        <w:spacing w:before="60" w:after="0" w:line="240" w:lineRule="auto"/>
        <w:ind w:left="283"/>
        <w:rPr>
          <w:rFonts w:ascii="TH SarabunPSK" w:hAnsi="TH SarabunPSK" w:cs="TH SarabunPSK"/>
          <w:sz w:val="32"/>
          <w:szCs w:val="32"/>
        </w:rPr>
      </w:pPr>
      <w:r w:rsidRPr="003E4D7F">
        <w:rPr>
          <w:rFonts w:ascii="TH SarabunPSK" w:hAnsi="TH SarabunPSK" w:cs="TH SarabunPSK" w:hint="cs"/>
          <w:b/>
          <w:bCs/>
          <w:sz w:val="32"/>
          <w:szCs w:val="32"/>
        </w:rPr>
        <w:t>๗) การ</w:t>
      </w:r>
      <w:r w:rsidRPr="003E4D7F">
        <w:rPr>
          <w:rFonts w:ascii="Arial" w:hAnsi="Arial" w:cs="Arial"/>
          <w:b/>
          <w:bCs/>
          <w:sz w:val="32"/>
          <w:szCs w:val="32"/>
        </w:rPr>
        <w:t>​</w:t>
      </w:r>
      <w:r w:rsidRPr="003E4D7F">
        <w:rPr>
          <w:rFonts w:ascii="TH SarabunPSK" w:hAnsi="TH SarabunPSK" w:cs="TH SarabunPSK"/>
          <w:b/>
          <w:bCs/>
          <w:sz w:val="32"/>
          <w:szCs w:val="32"/>
        </w:rPr>
        <w:t>บูรณาการ</w:t>
      </w:r>
      <w:r w:rsidRPr="003E4D7F">
        <w:rPr>
          <w:rFonts w:ascii="Arial" w:hAnsi="Arial" w:cs="Arial"/>
          <w:b/>
          <w:bCs/>
          <w:sz w:val="32"/>
          <w:szCs w:val="32"/>
        </w:rPr>
        <w:t>​</w:t>
      </w:r>
      <w:r w:rsidRPr="003E4D7F">
        <w:rPr>
          <w:rFonts w:ascii="TH SarabunPSK" w:hAnsi="TH SarabunPSK" w:cs="TH SarabunPSK"/>
          <w:b/>
          <w:bCs/>
          <w:sz w:val="32"/>
          <w:szCs w:val="32"/>
        </w:rPr>
        <w:t>กับ</w:t>
      </w:r>
      <w:r w:rsidRPr="003E4D7F">
        <w:rPr>
          <w:rFonts w:ascii="Arial" w:hAnsi="Arial" w:cs="Arial"/>
          <w:b/>
          <w:bCs/>
          <w:sz w:val="32"/>
          <w:szCs w:val="32"/>
        </w:rPr>
        <w:t>​</w:t>
      </w:r>
      <w:r w:rsidRPr="003E4D7F">
        <w:rPr>
          <w:rFonts w:ascii="TH SarabunPSK" w:hAnsi="TH SarabunPSK" w:cs="TH SarabunPSK"/>
          <w:b/>
          <w:bCs/>
          <w:sz w:val="32"/>
          <w:szCs w:val="32"/>
        </w:rPr>
        <w:t>พันธกิจ</w:t>
      </w:r>
      <w:r w:rsidRPr="003E4D7F">
        <w:rPr>
          <w:rFonts w:ascii="Arial" w:hAnsi="Arial" w:cs="Arial"/>
          <w:b/>
          <w:bCs/>
          <w:sz w:val="32"/>
          <w:szCs w:val="32"/>
        </w:rPr>
        <w:t>​</w:t>
      </w:r>
      <w:r w:rsidRPr="003E4D7F">
        <w:rPr>
          <w:rFonts w:ascii="TH SarabunPSK" w:hAnsi="TH SarabunPSK" w:cs="TH SarabunPSK"/>
          <w:b/>
          <w:bCs/>
          <w:sz w:val="32"/>
          <w:szCs w:val="32"/>
        </w:rPr>
        <w:t>ของ</w:t>
      </w:r>
      <w:r w:rsidRPr="003E4D7F">
        <w:rPr>
          <w:rFonts w:ascii="Arial" w:hAnsi="Arial" w:cs="Arial"/>
          <w:b/>
          <w:bCs/>
          <w:sz w:val="32"/>
          <w:szCs w:val="32"/>
        </w:rPr>
        <w:t>​</w:t>
      </w:r>
      <w:r w:rsidRPr="003E4D7F">
        <w:rPr>
          <w:rFonts w:ascii="TH SarabunPSK" w:hAnsi="TH SarabunPSK" w:cs="TH SarabunPSK"/>
          <w:b/>
          <w:bCs/>
          <w:sz w:val="32"/>
          <w:szCs w:val="32"/>
        </w:rPr>
        <w:t>มหาวิทยาลัย</w:t>
      </w:r>
    </w:p>
    <w:p w14:paraId="067C8304" w14:textId="77777777" w:rsidR="00413300" w:rsidRPr="003E4D7F" w:rsidRDefault="00000000">
      <w:pPr>
        <w:spacing w:after="20" w:line="240" w:lineRule="auto"/>
        <w:ind w:left="510"/>
        <w:rPr>
          <w:rFonts w:ascii="TH SarabunPSK" w:hAnsi="TH SarabunPSK" w:cs="TH SarabunPSK"/>
          <w:sz w:val="32"/>
          <w:szCs w:val="32"/>
        </w:rPr>
      </w:pPr>
      <w:r w:rsidRPr="003E4D7F">
        <w:rPr>
          <w:rFonts w:ascii="TH SarabunPSK" w:hAnsi="TH SarabunPSK" w:cs="TH SarabunPSK" w:hint="cs"/>
          <w:sz w:val="32"/>
          <w:szCs w:val="32"/>
        </w:rPr>
        <w:t>(การ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เชื่อมโยง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กับ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การเรียน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การสอน</w:t>
      </w:r>
      <w:r w:rsidRPr="003E4D7F">
        <w:rPr>
          <w:rFonts w:ascii="TH SarabunPSK" w:hAnsi="TH SarabunPSK" w:cs="TH SarabunPSK" w:hint="cs"/>
          <w:sz w:val="32"/>
          <w:szCs w:val="32"/>
        </w:rPr>
        <w:t xml:space="preserve"> </w:t>
      </w:r>
      <w:r w:rsidRPr="003E4D7F">
        <w:rPr>
          <w:rFonts w:ascii="TH SarabunPSK" w:hAnsi="TH SarabunPSK" w:cs="TH SarabunPSK"/>
          <w:sz w:val="32"/>
          <w:szCs w:val="32"/>
        </w:rPr>
        <w:t>วิจัย</w:t>
      </w:r>
      <w:r w:rsidRPr="003E4D7F">
        <w:rPr>
          <w:rFonts w:ascii="TH SarabunPSK" w:hAnsi="TH SarabunPSK" w:cs="TH SarabunPSK" w:hint="cs"/>
          <w:sz w:val="32"/>
          <w:szCs w:val="32"/>
        </w:rPr>
        <w:t xml:space="preserve"> </w:t>
      </w:r>
      <w:r w:rsidRPr="003E4D7F">
        <w:rPr>
          <w:rFonts w:ascii="TH SarabunPSK" w:hAnsi="TH SarabunPSK" w:cs="TH SarabunPSK"/>
          <w:sz w:val="32"/>
          <w:szCs w:val="32"/>
        </w:rPr>
        <w:t>บริการ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วิชาการ</w:t>
      </w:r>
      <w:r w:rsidRPr="003E4D7F">
        <w:rPr>
          <w:rFonts w:ascii="TH SarabunPSK" w:hAnsi="TH SarabunPSK" w:cs="TH SarabunPSK" w:hint="cs"/>
          <w:sz w:val="32"/>
          <w:szCs w:val="32"/>
        </w:rPr>
        <w:t xml:space="preserve"> </w:t>
      </w:r>
      <w:r w:rsidRPr="003E4D7F">
        <w:rPr>
          <w:rFonts w:ascii="TH SarabunPSK" w:hAnsi="TH SarabunPSK" w:cs="TH SarabunPSK"/>
          <w:sz w:val="32"/>
          <w:szCs w:val="32"/>
        </w:rPr>
        <w:t>หรือ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ทำนุบำรุง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ศิลปวัฒนธรรม</w:t>
      </w:r>
      <w:r w:rsidRPr="003E4D7F">
        <w:rPr>
          <w:rFonts w:ascii="TH SarabunPSK" w:hAnsi="TH SarabunPSK" w:cs="TH SarabunPSK" w:hint="cs"/>
          <w:sz w:val="32"/>
          <w:szCs w:val="32"/>
        </w:rPr>
        <w:t>)</w:t>
      </w:r>
    </w:p>
    <w:p w14:paraId="71BAD697" w14:textId="77777777" w:rsidR="00413300" w:rsidRPr="003E4D7F" w:rsidRDefault="00000000">
      <w:pPr>
        <w:spacing w:after="20" w:line="240" w:lineRule="auto"/>
        <w:ind w:left="283"/>
        <w:rPr>
          <w:rFonts w:ascii="TH SarabunPSK" w:hAnsi="TH SarabunPSK" w:cs="TH SarabunPSK"/>
          <w:sz w:val="32"/>
          <w:szCs w:val="32"/>
        </w:rPr>
      </w:pPr>
      <w:r w:rsidRPr="003E4D7F">
        <w:rPr>
          <w:rFonts w:ascii="TH SarabunPSK" w:hAnsi="TH SarabunPSK" w:cs="TH SarabunPSK" w:hint="cs"/>
          <w:sz w:val="32"/>
          <w:szCs w:val="32"/>
        </w:rPr>
        <w:t>..............................................................................................................................................................</w:t>
      </w:r>
    </w:p>
    <w:p w14:paraId="27C74A28" w14:textId="77777777" w:rsidR="00413300" w:rsidRPr="003E4D7F" w:rsidRDefault="00000000">
      <w:pPr>
        <w:spacing w:after="20" w:line="240" w:lineRule="auto"/>
        <w:ind w:left="283"/>
        <w:rPr>
          <w:rFonts w:ascii="TH SarabunPSK" w:hAnsi="TH SarabunPSK" w:cs="TH SarabunPSK"/>
          <w:sz w:val="32"/>
          <w:szCs w:val="32"/>
        </w:rPr>
      </w:pPr>
      <w:r w:rsidRPr="003E4D7F">
        <w:rPr>
          <w:rFonts w:ascii="TH SarabunPSK" w:hAnsi="TH SarabunPSK" w:cs="TH SarabunPSK" w:hint="cs"/>
          <w:sz w:val="32"/>
          <w:szCs w:val="32"/>
        </w:rPr>
        <w:t>..............................................................................................................................................................</w:t>
      </w:r>
    </w:p>
    <w:p w14:paraId="23749834" w14:textId="77777777" w:rsidR="00413300" w:rsidRPr="003E4D7F" w:rsidRDefault="00000000">
      <w:pPr>
        <w:spacing w:before="60" w:after="0" w:line="240" w:lineRule="auto"/>
        <w:ind w:left="283"/>
        <w:rPr>
          <w:rFonts w:ascii="TH SarabunPSK" w:hAnsi="TH SarabunPSK" w:cs="TH SarabunPSK"/>
          <w:sz w:val="32"/>
          <w:szCs w:val="32"/>
        </w:rPr>
      </w:pPr>
      <w:r w:rsidRPr="003E4D7F">
        <w:rPr>
          <w:rFonts w:ascii="TH SarabunPSK" w:hAnsi="TH SarabunPSK" w:cs="TH SarabunPSK" w:hint="cs"/>
          <w:b/>
          <w:bCs/>
          <w:sz w:val="32"/>
          <w:szCs w:val="32"/>
        </w:rPr>
        <w:t>๘) ความ</w:t>
      </w:r>
      <w:r w:rsidRPr="003E4D7F">
        <w:rPr>
          <w:rFonts w:ascii="Arial" w:hAnsi="Arial" w:cs="Arial"/>
          <w:b/>
          <w:bCs/>
          <w:sz w:val="32"/>
          <w:szCs w:val="32"/>
        </w:rPr>
        <w:t>​</w:t>
      </w:r>
      <w:r w:rsidRPr="003E4D7F">
        <w:rPr>
          <w:rFonts w:ascii="TH SarabunPSK" w:hAnsi="TH SarabunPSK" w:cs="TH SarabunPSK"/>
          <w:b/>
          <w:bCs/>
          <w:sz w:val="32"/>
          <w:szCs w:val="32"/>
        </w:rPr>
        <w:t>คุ้มทุน</w:t>
      </w:r>
      <w:r w:rsidRPr="003E4D7F">
        <w:rPr>
          <w:rFonts w:ascii="Arial" w:hAnsi="Arial" w:cs="Arial"/>
          <w:b/>
          <w:bCs/>
          <w:sz w:val="32"/>
          <w:szCs w:val="32"/>
        </w:rPr>
        <w:t>​</w:t>
      </w:r>
      <w:r w:rsidRPr="003E4D7F">
        <w:rPr>
          <w:rFonts w:ascii="TH SarabunPSK" w:hAnsi="TH SarabunPSK" w:cs="TH SarabunPSK"/>
          <w:b/>
          <w:bCs/>
          <w:sz w:val="32"/>
          <w:szCs w:val="32"/>
        </w:rPr>
        <w:t>และ</w:t>
      </w:r>
      <w:r w:rsidRPr="003E4D7F">
        <w:rPr>
          <w:rFonts w:ascii="Arial" w:hAnsi="Arial" w:cs="Arial"/>
          <w:b/>
          <w:bCs/>
          <w:sz w:val="32"/>
          <w:szCs w:val="32"/>
        </w:rPr>
        <w:t>​</w:t>
      </w:r>
      <w:r w:rsidRPr="003E4D7F">
        <w:rPr>
          <w:rFonts w:ascii="TH SarabunPSK" w:hAnsi="TH SarabunPSK" w:cs="TH SarabunPSK"/>
          <w:b/>
          <w:bCs/>
          <w:sz w:val="32"/>
          <w:szCs w:val="32"/>
        </w:rPr>
        <w:t>ความคุ้มค่า</w:t>
      </w:r>
      <w:r w:rsidRPr="003E4D7F">
        <w:rPr>
          <w:rFonts w:ascii="Arial" w:hAnsi="Arial" w:cs="Arial"/>
          <w:b/>
          <w:bCs/>
          <w:sz w:val="32"/>
          <w:szCs w:val="32"/>
        </w:rPr>
        <w:t>​</w:t>
      </w:r>
      <w:r w:rsidRPr="003E4D7F">
        <w:rPr>
          <w:rFonts w:ascii="TH SarabunPSK" w:hAnsi="TH SarabunPSK" w:cs="TH SarabunPSK"/>
          <w:b/>
          <w:bCs/>
          <w:sz w:val="32"/>
          <w:szCs w:val="32"/>
        </w:rPr>
        <w:t>ของ</w:t>
      </w:r>
      <w:r w:rsidRPr="003E4D7F">
        <w:rPr>
          <w:rFonts w:ascii="Arial" w:hAnsi="Arial" w:cs="Arial"/>
          <w:b/>
          <w:bCs/>
          <w:sz w:val="32"/>
          <w:szCs w:val="32"/>
        </w:rPr>
        <w:t>​</w:t>
      </w:r>
      <w:r w:rsidRPr="003E4D7F">
        <w:rPr>
          <w:rFonts w:ascii="TH SarabunPSK" w:hAnsi="TH SarabunPSK" w:cs="TH SarabunPSK"/>
          <w:b/>
          <w:bCs/>
          <w:sz w:val="32"/>
          <w:szCs w:val="32"/>
        </w:rPr>
        <w:t>ผลงาน</w:t>
      </w:r>
    </w:p>
    <w:p w14:paraId="4AFFDB28" w14:textId="77777777" w:rsidR="00413300" w:rsidRPr="003E4D7F" w:rsidRDefault="00000000">
      <w:pPr>
        <w:spacing w:after="20" w:line="240" w:lineRule="auto"/>
        <w:ind w:left="510"/>
        <w:rPr>
          <w:rFonts w:ascii="TH SarabunPSK" w:hAnsi="TH SarabunPSK" w:cs="TH SarabunPSK"/>
          <w:sz w:val="32"/>
          <w:szCs w:val="32"/>
        </w:rPr>
      </w:pPr>
      <w:r w:rsidRPr="003E4D7F">
        <w:rPr>
          <w:rFonts w:ascii="TH SarabunPSK" w:hAnsi="TH SarabunPSK" w:cs="TH SarabunPSK" w:hint="cs"/>
          <w:sz w:val="32"/>
          <w:szCs w:val="32"/>
        </w:rPr>
        <w:t>(การ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ใช้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ทรัพยากร</w:t>
      </w:r>
      <w:r w:rsidRPr="003E4D7F">
        <w:rPr>
          <w:rFonts w:ascii="TH SarabunPSK" w:hAnsi="TH SarabunPSK" w:cs="TH SarabunPSK" w:hint="cs"/>
          <w:sz w:val="32"/>
          <w:szCs w:val="32"/>
        </w:rPr>
        <w:t xml:space="preserve"> </w:t>
      </w:r>
      <w:r w:rsidRPr="003E4D7F">
        <w:rPr>
          <w:rFonts w:ascii="TH SarabunPSK" w:hAnsi="TH SarabunPSK" w:cs="TH SarabunPSK"/>
          <w:sz w:val="32"/>
          <w:szCs w:val="32"/>
        </w:rPr>
        <w:t>งบประมาณ</w:t>
      </w:r>
      <w:r w:rsidRPr="003E4D7F">
        <w:rPr>
          <w:rFonts w:ascii="TH SarabunPSK" w:hAnsi="TH SarabunPSK" w:cs="TH SarabunPSK" w:hint="cs"/>
          <w:sz w:val="32"/>
          <w:szCs w:val="32"/>
        </w:rPr>
        <w:t xml:space="preserve"> </w:t>
      </w:r>
      <w:r w:rsidRPr="003E4D7F">
        <w:rPr>
          <w:rFonts w:ascii="TH SarabunPSK" w:hAnsi="TH SarabunPSK" w:cs="TH SarabunPSK"/>
          <w:sz w:val="32"/>
          <w:szCs w:val="32"/>
        </w:rPr>
        <w:t>เทียบ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กับ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ประโยชน์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และ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ผลกระทบ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ที่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เกิดขึ้น</w:t>
      </w:r>
      <w:r w:rsidRPr="003E4D7F">
        <w:rPr>
          <w:rFonts w:ascii="TH SarabunPSK" w:hAnsi="TH SarabunPSK" w:cs="TH SarabunPSK" w:hint="cs"/>
          <w:sz w:val="32"/>
          <w:szCs w:val="32"/>
        </w:rPr>
        <w:t>)</w:t>
      </w:r>
    </w:p>
    <w:p w14:paraId="54876652" w14:textId="77777777" w:rsidR="00413300" w:rsidRPr="003E4D7F" w:rsidRDefault="00000000">
      <w:pPr>
        <w:spacing w:after="20" w:line="240" w:lineRule="auto"/>
        <w:ind w:left="283"/>
        <w:rPr>
          <w:rFonts w:ascii="TH SarabunPSK" w:hAnsi="TH SarabunPSK" w:cs="TH SarabunPSK"/>
          <w:sz w:val="32"/>
          <w:szCs w:val="32"/>
        </w:rPr>
      </w:pPr>
      <w:r w:rsidRPr="003E4D7F">
        <w:rPr>
          <w:rFonts w:ascii="TH SarabunPSK" w:hAnsi="TH SarabunPSK" w:cs="TH SarabunPSK" w:hint="cs"/>
          <w:sz w:val="32"/>
          <w:szCs w:val="32"/>
        </w:rPr>
        <w:t>..............................................................................................................................................................</w:t>
      </w:r>
    </w:p>
    <w:p w14:paraId="696D3AFE" w14:textId="77777777" w:rsidR="00413300" w:rsidRPr="003E4D7F" w:rsidRDefault="00000000">
      <w:pPr>
        <w:spacing w:after="20" w:line="240" w:lineRule="auto"/>
        <w:ind w:left="283"/>
        <w:rPr>
          <w:rFonts w:ascii="TH SarabunPSK" w:hAnsi="TH SarabunPSK" w:cs="TH SarabunPSK"/>
          <w:sz w:val="32"/>
          <w:szCs w:val="32"/>
        </w:rPr>
      </w:pPr>
      <w:r w:rsidRPr="003E4D7F">
        <w:rPr>
          <w:rFonts w:ascii="TH SarabunPSK" w:hAnsi="TH SarabunPSK" w:cs="TH SarabunPSK" w:hint="cs"/>
          <w:sz w:val="32"/>
          <w:szCs w:val="32"/>
        </w:rPr>
        <w:t>..............................................................................................................................................................</w:t>
      </w:r>
    </w:p>
    <w:p w14:paraId="1E7D0EFF" w14:textId="77777777" w:rsidR="00413300" w:rsidRPr="003E4D7F" w:rsidRDefault="00000000">
      <w:pPr>
        <w:spacing w:before="60" w:after="0" w:line="240" w:lineRule="auto"/>
        <w:ind w:left="283"/>
        <w:rPr>
          <w:rFonts w:ascii="TH SarabunPSK" w:hAnsi="TH SarabunPSK" w:cs="TH SarabunPSK"/>
          <w:sz w:val="32"/>
          <w:szCs w:val="32"/>
        </w:rPr>
      </w:pPr>
      <w:r w:rsidRPr="003E4D7F">
        <w:rPr>
          <w:rFonts w:ascii="TH SarabunPSK" w:hAnsi="TH SarabunPSK" w:cs="TH SarabunPSK" w:hint="cs"/>
          <w:b/>
          <w:bCs/>
          <w:sz w:val="32"/>
          <w:szCs w:val="32"/>
        </w:rPr>
        <w:t>๙) ภาคผนวก</w:t>
      </w:r>
    </w:p>
    <w:p w14:paraId="3EB5159E" w14:textId="77777777" w:rsidR="00413300" w:rsidRPr="003E4D7F" w:rsidRDefault="00000000">
      <w:pPr>
        <w:spacing w:after="20" w:line="240" w:lineRule="auto"/>
        <w:ind w:left="510"/>
        <w:rPr>
          <w:rFonts w:ascii="TH SarabunPSK" w:hAnsi="TH SarabunPSK" w:cs="TH SarabunPSK"/>
          <w:sz w:val="32"/>
          <w:szCs w:val="32"/>
        </w:rPr>
      </w:pPr>
      <w:r w:rsidRPr="003E4D7F">
        <w:rPr>
          <w:rFonts w:ascii="TH SarabunPSK" w:hAnsi="TH SarabunPSK" w:cs="TH SarabunPSK" w:hint="cs"/>
          <w:sz w:val="32"/>
          <w:szCs w:val="32"/>
        </w:rPr>
        <w:t>(หลักฐาน / ข้อมูล / รูป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ภาพประกอบ</w:t>
      </w:r>
      <w:r w:rsidRPr="003E4D7F">
        <w:rPr>
          <w:rFonts w:ascii="TH SarabunPSK" w:hAnsi="TH SarabunPSK" w:cs="TH SarabunPSK" w:hint="cs"/>
          <w:sz w:val="32"/>
          <w:szCs w:val="32"/>
        </w:rPr>
        <w:t xml:space="preserve"> / </w:t>
      </w:r>
      <w:r w:rsidRPr="003E4D7F">
        <w:rPr>
          <w:rFonts w:ascii="TH SarabunPSK" w:hAnsi="TH SarabunPSK" w:cs="TH SarabunPSK"/>
          <w:sz w:val="32"/>
          <w:szCs w:val="32"/>
        </w:rPr>
        <w:t>ลิงก์</w:t>
      </w:r>
      <w:r w:rsidRPr="003E4D7F">
        <w:rPr>
          <w:rFonts w:ascii="TH SarabunPSK" w:hAnsi="TH SarabunPSK" w:cs="TH SarabunPSK" w:hint="cs"/>
          <w:sz w:val="32"/>
          <w:szCs w:val="32"/>
        </w:rPr>
        <w:t xml:space="preserve"> VDO / </w:t>
      </w:r>
      <w:r w:rsidRPr="003E4D7F">
        <w:rPr>
          <w:rFonts w:ascii="TH SarabunPSK" w:hAnsi="TH SarabunPSK" w:cs="TH SarabunPSK"/>
          <w:sz w:val="32"/>
          <w:szCs w:val="32"/>
        </w:rPr>
        <w:t>อื่น</w:t>
      </w:r>
      <w:r w:rsidRPr="003E4D7F">
        <w:rPr>
          <w:rFonts w:ascii="TH SarabunPSK" w:hAnsi="TH SarabunPSK" w:cs="TH SarabunPSK" w:hint="cs"/>
          <w:sz w:val="32"/>
          <w:szCs w:val="32"/>
        </w:rPr>
        <w:t xml:space="preserve"> </w:t>
      </w:r>
      <w:r w:rsidRPr="003E4D7F">
        <w:rPr>
          <w:rFonts w:ascii="TH SarabunPSK" w:hAnsi="TH SarabunPSK" w:cs="TH SarabunPSK"/>
          <w:sz w:val="32"/>
          <w:szCs w:val="32"/>
        </w:rPr>
        <w:t>ๆ</w:t>
      </w:r>
      <w:r w:rsidRPr="003E4D7F">
        <w:rPr>
          <w:rFonts w:ascii="TH SarabunPSK" w:hAnsi="TH SarabunPSK" w:cs="TH SarabunPSK" w:hint="cs"/>
          <w:sz w:val="32"/>
          <w:szCs w:val="32"/>
        </w:rPr>
        <w:t>)</w:t>
      </w:r>
    </w:p>
    <w:p w14:paraId="440B2517" w14:textId="77777777" w:rsidR="00413300" w:rsidRPr="003E4D7F" w:rsidRDefault="00000000">
      <w:pPr>
        <w:spacing w:after="20" w:line="240" w:lineRule="auto"/>
        <w:ind w:left="283"/>
        <w:rPr>
          <w:rFonts w:ascii="TH SarabunPSK" w:hAnsi="TH SarabunPSK" w:cs="TH SarabunPSK"/>
          <w:sz w:val="32"/>
          <w:szCs w:val="32"/>
        </w:rPr>
      </w:pPr>
      <w:r w:rsidRPr="003E4D7F">
        <w:rPr>
          <w:rFonts w:ascii="TH SarabunPSK" w:hAnsi="TH SarabunPSK" w:cs="TH SarabunPSK" w:hint="cs"/>
          <w:sz w:val="32"/>
          <w:szCs w:val="32"/>
        </w:rPr>
        <w:t>..............................................................................................................................................................</w:t>
      </w:r>
    </w:p>
    <w:p w14:paraId="7A9AC343" w14:textId="77777777" w:rsidR="00413300" w:rsidRPr="003E4D7F" w:rsidRDefault="00000000">
      <w:pPr>
        <w:spacing w:after="20" w:line="240" w:lineRule="auto"/>
        <w:ind w:left="283"/>
        <w:rPr>
          <w:rFonts w:ascii="TH SarabunPSK" w:hAnsi="TH SarabunPSK" w:cs="TH SarabunPSK"/>
          <w:sz w:val="32"/>
          <w:szCs w:val="32"/>
        </w:rPr>
      </w:pPr>
      <w:r w:rsidRPr="003E4D7F">
        <w:rPr>
          <w:rFonts w:ascii="TH SarabunPSK" w:hAnsi="TH SarabunPSK" w:cs="TH SarabunPSK" w:hint="cs"/>
          <w:sz w:val="32"/>
          <w:szCs w:val="32"/>
        </w:rPr>
        <w:t>..............................................................................................................................................................</w:t>
      </w:r>
    </w:p>
    <w:p w14:paraId="20A25223" w14:textId="77777777" w:rsidR="00B734B1" w:rsidRDefault="00B734B1">
      <w:pPr>
        <w:spacing w:before="120" w:after="40" w:line="240" w:lineRule="auto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330213FD" w14:textId="77777777" w:rsidR="00BE0F7E" w:rsidRDefault="00BE0F7E">
      <w:pPr>
        <w:spacing w:before="120" w:after="40" w:line="240" w:lineRule="auto"/>
        <w:rPr>
          <w:rFonts w:ascii="TH SarabunPSK" w:hAnsi="TH SarabunPSK" w:cs="TH SarabunPSK" w:hint="cs"/>
          <w:b/>
          <w:bCs/>
          <w:sz w:val="32"/>
          <w:szCs w:val="32"/>
          <w:lang w:bidi="th-TH"/>
        </w:rPr>
      </w:pPr>
    </w:p>
    <w:p w14:paraId="1E41CE5D" w14:textId="2C5A5602" w:rsidR="00413300" w:rsidRPr="003E4D7F" w:rsidRDefault="00000000">
      <w:pPr>
        <w:spacing w:before="120" w:after="40" w:line="240" w:lineRule="auto"/>
        <w:rPr>
          <w:rFonts w:ascii="TH SarabunPSK" w:hAnsi="TH SarabunPSK" w:cs="TH SarabunPSK"/>
          <w:sz w:val="32"/>
          <w:szCs w:val="32"/>
        </w:rPr>
      </w:pPr>
      <w:proofErr w:type="spellStart"/>
      <w:r w:rsidRPr="003E4D7F">
        <w:rPr>
          <w:rFonts w:ascii="TH SarabunPSK" w:hAnsi="TH SarabunPSK" w:cs="TH SarabunPSK" w:hint="cs"/>
          <w:b/>
          <w:bCs/>
          <w:sz w:val="32"/>
          <w:szCs w:val="32"/>
        </w:rPr>
        <w:t>ส่วน</w:t>
      </w:r>
      <w:proofErr w:type="spellEnd"/>
      <w:r w:rsidRPr="003E4D7F">
        <w:rPr>
          <w:rFonts w:ascii="Arial" w:hAnsi="Arial" w:cs="Arial"/>
          <w:b/>
          <w:bCs/>
          <w:sz w:val="32"/>
          <w:szCs w:val="32"/>
        </w:rPr>
        <w:t>​</w:t>
      </w:r>
      <w:proofErr w:type="spellStart"/>
      <w:r w:rsidRPr="003E4D7F">
        <w:rPr>
          <w:rFonts w:ascii="TH SarabunPSK" w:hAnsi="TH SarabunPSK" w:cs="TH SarabunPSK"/>
          <w:b/>
          <w:bCs/>
          <w:sz w:val="32"/>
          <w:szCs w:val="32"/>
        </w:rPr>
        <w:t>ที่</w:t>
      </w:r>
      <w:proofErr w:type="spellEnd"/>
      <w:r w:rsidRPr="003E4D7F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proofErr w:type="gramStart"/>
      <w:r w:rsidRPr="003E4D7F">
        <w:rPr>
          <w:rFonts w:ascii="TH SarabunPSK" w:hAnsi="TH SarabunPSK" w:cs="TH SarabunPSK"/>
          <w:b/>
          <w:bCs/>
          <w:sz w:val="32"/>
          <w:szCs w:val="32"/>
        </w:rPr>
        <w:t>๔</w:t>
      </w:r>
      <w:r w:rsidRPr="003E4D7F">
        <w:rPr>
          <w:rFonts w:ascii="TH SarabunPSK" w:hAnsi="TH SarabunPSK" w:cs="TH SarabunPSK" w:hint="cs"/>
          <w:b/>
          <w:bCs/>
          <w:sz w:val="32"/>
          <w:szCs w:val="32"/>
        </w:rPr>
        <w:t xml:space="preserve">  </w:t>
      </w:r>
      <w:proofErr w:type="spellStart"/>
      <w:r w:rsidRPr="003E4D7F">
        <w:rPr>
          <w:rFonts w:ascii="TH SarabunPSK" w:hAnsi="TH SarabunPSK" w:cs="TH SarabunPSK"/>
          <w:b/>
          <w:bCs/>
          <w:sz w:val="32"/>
          <w:szCs w:val="32"/>
        </w:rPr>
        <w:t>การ</w:t>
      </w:r>
      <w:proofErr w:type="spellEnd"/>
      <w:r w:rsidRPr="003E4D7F">
        <w:rPr>
          <w:rFonts w:ascii="Arial" w:hAnsi="Arial" w:cs="Arial"/>
          <w:b/>
          <w:bCs/>
          <w:sz w:val="32"/>
          <w:szCs w:val="32"/>
        </w:rPr>
        <w:t>​</w:t>
      </w:r>
      <w:proofErr w:type="spellStart"/>
      <w:r w:rsidRPr="003E4D7F">
        <w:rPr>
          <w:rFonts w:ascii="TH SarabunPSK" w:hAnsi="TH SarabunPSK" w:cs="TH SarabunPSK"/>
          <w:b/>
          <w:bCs/>
          <w:sz w:val="32"/>
          <w:szCs w:val="32"/>
        </w:rPr>
        <w:t>รับรอง</w:t>
      </w:r>
      <w:proofErr w:type="spellEnd"/>
      <w:r w:rsidRPr="003E4D7F">
        <w:rPr>
          <w:rFonts w:ascii="Arial" w:hAnsi="Arial" w:cs="Arial"/>
          <w:b/>
          <w:bCs/>
          <w:sz w:val="32"/>
          <w:szCs w:val="32"/>
        </w:rPr>
        <w:t>​</w:t>
      </w:r>
      <w:proofErr w:type="spellStart"/>
      <w:r w:rsidRPr="003E4D7F">
        <w:rPr>
          <w:rFonts w:ascii="TH SarabunPSK" w:hAnsi="TH SarabunPSK" w:cs="TH SarabunPSK"/>
          <w:b/>
          <w:bCs/>
          <w:sz w:val="32"/>
          <w:szCs w:val="32"/>
        </w:rPr>
        <w:t>ผลงาน</w:t>
      </w:r>
      <w:proofErr w:type="spellEnd"/>
      <w:proofErr w:type="gramEnd"/>
    </w:p>
    <w:p w14:paraId="5D968459" w14:textId="77777777" w:rsidR="00413300" w:rsidRDefault="00000000">
      <w:pPr>
        <w:spacing w:after="160" w:line="240" w:lineRule="auto"/>
        <w:ind w:left="283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3E4D7F">
        <w:rPr>
          <w:rFonts w:ascii="TH SarabunPSK" w:hAnsi="TH SarabunPSK" w:cs="TH SarabunPSK" w:hint="cs"/>
          <w:sz w:val="32"/>
          <w:szCs w:val="32"/>
        </w:rPr>
        <w:t>ข้าพเจ้า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ขอ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รับรอง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ว่า</w:t>
      </w:r>
      <w:r w:rsidRPr="003E4D7F">
        <w:rPr>
          <w:rFonts w:ascii="TH SarabunPSK" w:hAnsi="TH SarabunPSK" w:cs="TH SarabunPSK" w:hint="cs"/>
          <w:sz w:val="32"/>
          <w:szCs w:val="32"/>
        </w:rPr>
        <w:t xml:space="preserve"> </w:t>
      </w:r>
      <w:r w:rsidRPr="003E4D7F">
        <w:rPr>
          <w:rFonts w:ascii="TH SarabunPSK" w:hAnsi="TH SarabunPSK" w:cs="TH SarabunPSK"/>
          <w:sz w:val="32"/>
          <w:szCs w:val="32"/>
        </w:rPr>
        <w:t>ผลงาน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ที่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ส่ง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เข้า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ประกวด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เป็น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ผลงาน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ที่เกิด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จาก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การ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ดำเนินงาน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จริง</w:t>
      </w:r>
      <w:r w:rsidRPr="003E4D7F">
        <w:rPr>
          <w:rFonts w:ascii="TH SarabunPSK" w:hAnsi="TH SarabunPSK" w:cs="TH SarabunPSK" w:hint="cs"/>
          <w:sz w:val="32"/>
          <w:szCs w:val="32"/>
        </w:rPr>
        <w:t xml:space="preserve"> </w:t>
      </w:r>
      <w:r w:rsidRPr="003E4D7F">
        <w:rPr>
          <w:rFonts w:ascii="TH SarabunPSK" w:hAnsi="TH SarabunPSK" w:cs="TH SarabunPSK"/>
          <w:sz w:val="32"/>
          <w:szCs w:val="32"/>
        </w:rPr>
        <w:t>และ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ยิน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ยอมให้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มหาวิทยาลัย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ราชภัฏ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นครราชสีมา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เผยแพร่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ผลงาน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เพื่อ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ประโยชน์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ทางวิชาการ</w:t>
      </w:r>
      <w:r w:rsidRPr="003E4D7F">
        <w:rPr>
          <w:rFonts w:ascii="Arial" w:hAnsi="Arial" w:cs="Arial"/>
          <w:sz w:val="32"/>
          <w:szCs w:val="32"/>
        </w:rPr>
        <w:t>​</w:t>
      </w:r>
      <w:r w:rsidRPr="003E4D7F">
        <w:rPr>
          <w:rFonts w:ascii="TH SarabunPSK" w:hAnsi="TH SarabunPSK" w:cs="TH SarabunPSK"/>
          <w:sz w:val="32"/>
          <w:szCs w:val="32"/>
        </w:rPr>
        <w:t>และ</w:t>
      </w:r>
      <w:r w:rsidRPr="003E4D7F">
        <w:rPr>
          <w:rFonts w:ascii="Arial" w:hAnsi="Arial" w:cs="Arial"/>
          <w:sz w:val="32"/>
          <w:szCs w:val="32"/>
        </w:rPr>
        <w:t>​</w:t>
      </w:r>
      <w:proofErr w:type="spellStart"/>
      <w:r w:rsidRPr="003E4D7F">
        <w:rPr>
          <w:rFonts w:ascii="TH SarabunPSK" w:hAnsi="TH SarabunPSK" w:cs="TH SarabunPSK"/>
          <w:sz w:val="32"/>
          <w:szCs w:val="32"/>
        </w:rPr>
        <w:t>การพัฒนา</w:t>
      </w:r>
      <w:proofErr w:type="spellEnd"/>
      <w:r w:rsidRPr="003E4D7F">
        <w:rPr>
          <w:rFonts w:ascii="Arial" w:hAnsi="Arial" w:cs="Arial"/>
          <w:sz w:val="32"/>
          <w:szCs w:val="32"/>
        </w:rPr>
        <w:t>​</w:t>
      </w:r>
      <w:proofErr w:type="spellStart"/>
      <w:r w:rsidRPr="003E4D7F">
        <w:rPr>
          <w:rFonts w:ascii="TH SarabunPSK" w:hAnsi="TH SarabunPSK" w:cs="TH SarabunPSK"/>
          <w:sz w:val="32"/>
          <w:szCs w:val="32"/>
        </w:rPr>
        <w:t>ท้องถิ่น</w:t>
      </w:r>
      <w:proofErr w:type="spellEnd"/>
    </w:p>
    <w:p w14:paraId="3C50D57D" w14:textId="77777777" w:rsidR="00BE0F7E" w:rsidRDefault="00BE0F7E">
      <w:pPr>
        <w:spacing w:after="160" w:line="240" w:lineRule="auto"/>
        <w:ind w:left="283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704678F9" w14:textId="77777777" w:rsidR="00BE0F7E" w:rsidRPr="00BE0F7E" w:rsidRDefault="00BE0F7E">
      <w:pPr>
        <w:spacing w:after="160" w:line="240" w:lineRule="auto"/>
        <w:ind w:left="283"/>
        <w:jc w:val="thaiDistribute"/>
        <w:rPr>
          <w:rFonts w:ascii="TH SarabunPSK" w:hAnsi="TH SarabunPSK" w:cs="TH SarabunPSK" w:hint="cs"/>
          <w:sz w:val="16"/>
          <w:szCs w:val="16"/>
          <w:lang w:bidi="th-TH"/>
        </w:rPr>
      </w:pPr>
    </w:p>
    <w:p w14:paraId="72603DDE" w14:textId="77777777" w:rsidR="00413300" w:rsidRPr="00AE4847" w:rsidRDefault="00000000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 w:rsidRPr="00AE4847">
        <w:rPr>
          <w:rFonts w:ascii="TH SarabunPSK" w:hAnsi="TH SarabunPSK" w:cs="TH SarabunPSK" w:hint="cs"/>
          <w:sz w:val="32"/>
          <w:szCs w:val="32"/>
        </w:rPr>
        <w:t>(</w:t>
      </w:r>
      <w:proofErr w:type="spellStart"/>
      <w:r w:rsidRPr="00AE4847">
        <w:rPr>
          <w:rFonts w:ascii="TH SarabunPSK" w:hAnsi="TH SarabunPSK" w:cs="TH SarabunPSK" w:hint="cs"/>
          <w:sz w:val="32"/>
          <w:szCs w:val="32"/>
        </w:rPr>
        <w:t>ลงชื่อ</w:t>
      </w:r>
      <w:proofErr w:type="spellEnd"/>
      <w:r w:rsidRPr="00AE4847">
        <w:rPr>
          <w:rFonts w:ascii="TH SarabunPSK" w:hAnsi="TH SarabunPSK" w:cs="TH SarabunPSK" w:hint="cs"/>
          <w:sz w:val="32"/>
          <w:szCs w:val="32"/>
        </w:rPr>
        <w:t>) ..............................................  ผู้ส่ง</w:t>
      </w:r>
      <w:r w:rsidRPr="00AE4847">
        <w:rPr>
          <w:rFonts w:ascii="Arial" w:hAnsi="Arial" w:cs="Arial"/>
          <w:sz w:val="32"/>
          <w:szCs w:val="32"/>
        </w:rPr>
        <w:t>​</w:t>
      </w:r>
      <w:r w:rsidRPr="00AE4847">
        <w:rPr>
          <w:rFonts w:ascii="TH SarabunPSK" w:hAnsi="TH SarabunPSK" w:cs="TH SarabunPSK"/>
          <w:sz w:val="32"/>
          <w:szCs w:val="32"/>
        </w:rPr>
        <w:t>ผลงาน</w:t>
      </w:r>
    </w:p>
    <w:p w14:paraId="7132714B" w14:textId="77777777" w:rsidR="00413300" w:rsidRPr="00AE4847" w:rsidRDefault="00000000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 w:rsidRPr="00AE4847">
        <w:rPr>
          <w:rFonts w:ascii="TH SarabunPSK" w:hAnsi="TH SarabunPSK" w:cs="TH SarabunPSK" w:hint="cs"/>
          <w:sz w:val="32"/>
          <w:szCs w:val="32"/>
        </w:rPr>
        <w:t>( .............................................. )</w:t>
      </w:r>
    </w:p>
    <w:p w14:paraId="37314FFE" w14:textId="77777777" w:rsidR="00413300" w:rsidRPr="003E4D7F" w:rsidRDefault="00000000">
      <w:pPr>
        <w:spacing w:after="40" w:line="240" w:lineRule="auto"/>
        <w:jc w:val="right"/>
        <w:rPr>
          <w:rFonts w:ascii="TH SarabunPSK" w:hAnsi="TH SarabunPSK" w:cs="TH SarabunPSK"/>
          <w:sz w:val="32"/>
          <w:szCs w:val="32"/>
        </w:rPr>
      </w:pPr>
      <w:r w:rsidRPr="00AE4847">
        <w:rPr>
          <w:rFonts w:ascii="TH SarabunPSK" w:hAnsi="TH SarabunPSK" w:cs="TH SarabunPSK" w:hint="cs"/>
          <w:sz w:val="32"/>
          <w:szCs w:val="32"/>
        </w:rPr>
        <w:t>วันที่ ........./........./..........</w:t>
      </w:r>
    </w:p>
    <w:sectPr w:rsidR="00413300" w:rsidRPr="003E4D7F" w:rsidSect="00BE0F7E">
      <w:footerReference w:type="default" r:id="rId9"/>
      <w:pgSz w:w="11906" w:h="16838"/>
      <w:pgMar w:top="709" w:right="1020" w:bottom="907" w:left="12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DCE0B1" w14:textId="77777777" w:rsidR="00375144" w:rsidRDefault="00375144" w:rsidP="00BE0F7E">
      <w:pPr>
        <w:spacing w:after="0" w:line="240" w:lineRule="auto"/>
      </w:pPr>
      <w:r>
        <w:separator/>
      </w:r>
    </w:p>
  </w:endnote>
  <w:endnote w:type="continuationSeparator" w:id="0">
    <w:p w14:paraId="71E7BCB2" w14:textId="77777777" w:rsidR="00375144" w:rsidRDefault="00375144" w:rsidP="00BE0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H Sarabun New">
    <w:altName w:val="Cord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9860C7" w14:textId="15DE6DB6" w:rsidR="00BE0F7E" w:rsidRPr="00BE0F7E" w:rsidRDefault="00BE0F7E" w:rsidP="00BE0F7E">
    <w:pPr>
      <w:pStyle w:val="a7"/>
      <w:jc w:val="center"/>
      <w:rPr>
        <w:rFonts w:ascii="TH SarabunIT๙" w:hAnsi="TH SarabunIT๙" w:cs="TH SarabunIT๙" w:hint="cs"/>
        <w:sz w:val="32"/>
        <w:szCs w:val="32"/>
      </w:rPr>
    </w:pPr>
    <w:r w:rsidRPr="00BE0F7E">
      <w:rPr>
        <w:rFonts w:ascii="TH SarabunIT๙" w:hAnsi="TH SarabunIT๙" w:cs="TH SarabunIT๙"/>
        <w:cs/>
        <w:lang w:bidi="th-TH"/>
      </w:rPr>
      <w:t xml:space="preserve">- </w:t>
    </w:r>
    <w:sdt>
      <w:sdtPr>
        <w:rPr>
          <w:rFonts w:ascii="TH SarabunIT๙" w:hAnsi="TH SarabunIT๙" w:cs="TH SarabunIT๙"/>
        </w:rPr>
        <w:id w:val="930941291"/>
        <w:docPartObj>
          <w:docPartGallery w:val="Page Numbers (Bottom of Page)"/>
          <w:docPartUnique/>
        </w:docPartObj>
      </w:sdtPr>
      <w:sdtEndPr>
        <w:rPr>
          <w:noProof/>
          <w:sz w:val="32"/>
          <w:szCs w:val="32"/>
        </w:rPr>
      </w:sdtEndPr>
      <w:sdtContent>
        <w:r w:rsidRPr="00BE0F7E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Pr="00BE0F7E">
          <w:rPr>
            <w:rFonts w:ascii="TH SarabunIT๙" w:hAnsi="TH SarabunIT๙" w:cs="TH SarabunIT๙"/>
            <w:sz w:val="32"/>
            <w:szCs w:val="32"/>
          </w:rPr>
          <w:instrText xml:space="preserve"> PAGE   \* MERGEFORMAT </w:instrText>
        </w:r>
        <w:r w:rsidRPr="00BE0F7E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Pr="00BE0F7E">
          <w:rPr>
            <w:rFonts w:ascii="TH SarabunIT๙" w:hAnsi="TH SarabunIT๙" w:cs="TH SarabunIT๙"/>
            <w:noProof/>
            <w:sz w:val="32"/>
            <w:szCs w:val="32"/>
          </w:rPr>
          <w:t>2</w:t>
        </w:r>
        <w:r w:rsidRPr="00BE0F7E">
          <w:rPr>
            <w:rFonts w:ascii="TH SarabunIT๙" w:hAnsi="TH SarabunIT๙" w:cs="TH SarabunIT๙"/>
            <w:noProof/>
            <w:sz w:val="32"/>
            <w:szCs w:val="32"/>
          </w:rPr>
          <w:fldChar w:fldCharType="end"/>
        </w:r>
        <w:r w:rsidRPr="00BE0F7E">
          <w:rPr>
            <w:rFonts w:ascii="TH SarabunIT๙" w:hAnsi="TH SarabunIT๙" w:cs="TH SarabunIT๙"/>
            <w:noProof/>
            <w:sz w:val="32"/>
            <w:szCs w:val="32"/>
            <w:cs/>
            <w:lang w:bidi="th-TH"/>
          </w:rPr>
          <w:t xml:space="preserve"> -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B228B2" w14:textId="77777777" w:rsidR="00375144" w:rsidRDefault="00375144" w:rsidP="00BE0F7E">
      <w:pPr>
        <w:spacing w:after="0" w:line="240" w:lineRule="auto"/>
      </w:pPr>
      <w:r>
        <w:separator/>
      </w:r>
    </w:p>
  </w:footnote>
  <w:footnote w:type="continuationSeparator" w:id="0">
    <w:p w14:paraId="33D18521" w14:textId="77777777" w:rsidR="00375144" w:rsidRDefault="00375144" w:rsidP="00BE0F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4183829">
    <w:abstractNumId w:val="8"/>
  </w:num>
  <w:num w:numId="2" w16cid:durableId="1355501618">
    <w:abstractNumId w:val="6"/>
  </w:num>
  <w:num w:numId="3" w16cid:durableId="2126653477">
    <w:abstractNumId w:val="5"/>
  </w:num>
  <w:num w:numId="4" w16cid:durableId="1596087353">
    <w:abstractNumId w:val="4"/>
  </w:num>
  <w:num w:numId="5" w16cid:durableId="928611901">
    <w:abstractNumId w:val="7"/>
  </w:num>
  <w:num w:numId="6" w16cid:durableId="207301131">
    <w:abstractNumId w:val="3"/>
  </w:num>
  <w:num w:numId="7" w16cid:durableId="432744937">
    <w:abstractNumId w:val="2"/>
  </w:num>
  <w:num w:numId="8" w16cid:durableId="1134449824">
    <w:abstractNumId w:val="1"/>
  </w:num>
  <w:num w:numId="9" w16cid:durableId="316761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75144"/>
    <w:rsid w:val="003E4D7F"/>
    <w:rsid w:val="00413300"/>
    <w:rsid w:val="00435FBE"/>
    <w:rsid w:val="00630573"/>
    <w:rsid w:val="006B58FF"/>
    <w:rsid w:val="006F7DA6"/>
    <w:rsid w:val="00A56B5E"/>
    <w:rsid w:val="00A76614"/>
    <w:rsid w:val="00AA1D8D"/>
    <w:rsid w:val="00AE4847"/>
    <w:rsid w:val="00B47730"/>
    <w:rsid w:val="00B734B1"/>
    <w:rsid w:val="00BE0F7E"/>
    <w:rsid w:val="00CB0664"/>
    <w:rsid w:val="00E27BC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230ED18"/>
  <w14:defaultImageDpi w14:val="300"/>
  <w15:docId w15:val="{5587DFF9-F5CD-45A8-871F-11766EDC6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H Sarabun New" w:hAnsi="TH Sarabun New" w:cs="TH Sarabun New"/>
      <w:sz w:val="3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หัวเรื่อง 1 อักขระ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หัวเรื่อง 2 อักขระ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หัวเรื่อง 3 อักขระ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ชื่อเรื่อง อักขระ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ชื่อเรื่องรอง อักขระ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เนื้อความ อักขระ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เนื้อความ 2 อักขระ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เนื้อความ 3 อักขระ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ข้อความแมโคร อักขระ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คำอ้างอิง อักขระ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หัวเรื่อง 4 อักขระ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หัวเรื่อง 5 อักขระ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หัวเรื่อง 6 อักขระ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หัวเรื่อง 7 อักขระ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หัวเรื่อง 8 อักขระ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หัวเรื่อง 9 อักขระ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ทำให้คำอ้างอิงเป็นสีเข้มขึ้น อักขระ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914</Words>
  <Characters>5212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6114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กองนโยบายและแผน มรนม</cp:lastModifiedBy>
  <cp:revision>9</cp:revision>
  <dcterms:created xsi:type="dcterms:W3CDTF">2026-07-17T03:07:00Z</dcterms:created>
  <dcterms:modified xsi:type="dcterms:W3CDTF">2026-07-20T03:26:00Z</dcterms:modified>
  <cp:category/>
</cp:coreProperties>
</file>